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6BCD" w14:textId="77777777" w:rsidR="00721B9B" w:rsidRDefault="005E4595">
      <w:pPr>
        <w:pStyle w:val="Title"/>
        <w:jc w:val="center"/>
      </w:pPr>
      <w:r>
        <w:t>Bromesberrow St Mary's Geography Curriculum</w:t>
      </w:r>
      <w:r>
        <w:br/>
        <w:t>Reception, Year 1 and Year 2</w:t>
      </w:r>
    </w:p>
    <w:p w14:paraId="33C89DF8" w14:textId="77777777" w:rsidR="00721B9B" w:rsidRPr="005E4595" w:rsidRDefault="005E4595">
      <w:pPr>
        <w:jc w:val="center"/>
        <w:rPr>
          <w:rFonts w:hint="eastAsia"/>
          <w:color w:val="FF0000"/>
          <w:sz w:val="22"/>
          <w:szCs w:val="28"/>
        </w:rPr>
      </w:pPr>
      <w:r w:rsidRPr="005E4595">
        <w:rPr>
          <w:b/>
          <w:color w:val="FF0000"/>
          <w:sz w:val="36"/>
          <w:szCs w:val="28"/>
        </w:rPr>
        <w:t>What is special about where I live?</w:t>
      </w:r>
    </w:p>
    <w:p w14:paraId="32610EBB" w14:textId="77777777" w:rsidR="00721B9B" w:rsidRPr="005E4595" w:rsidRDefault="005E4595">
      <w:pPr>
        <w:jc w:val="center"/>
        <w:rPr>
          <w:rFonts w:hint="eastAsia"/>
          <w:iCs/>
          <w:sz w:val="22"/>
          <w:szCs w:val="28"/>
        </w:rPr>
      </w:pPr>
      <w:r w:rsidRPr="005E4595">
        <w:rPr>
          <w:iCs/>
          <w:sz w:val="22"/>
          <w:szCs w:val="28"/>
        </w:rPr>
        <w:t>Local study: Bromesberrow, Ledbury and England</w:t>
      </w:r>
    </w:p>
    <w:p w14:paraId="507EFB64" w14:textId="77777777" w:rsidR="00721B9B" w:rsidRDefault="005E4595">
      <w:pPr>
        <w:pStyle w:val="Heading1"/>
      </w:pPr>
      <w:r>
        <w:t>National Curriculum Objectives (KS1 / Early Years)</w:t>
      </w:r>
    </w:p>
    <w:p w14:paraId="327F14E7" w14:textId="77777777" w:rsidR="00721B9B" w:rsidRDefault="005E4595">
      <w:pPr>
        <w:pStyle w:val="ListBullet"/>
        <w:rPr>
          <w:rFonts w:hint="eastAsia"/>
        </w:rPr>
      </w:pPr>
      <w:r w:rsidRPr="005E4595">
        <w:rPr>
          <w:b/>
          <w:bCs/>
          <w:sz w:val="20"/>
          <w:szCs w:val="24"/>
        </w:rPr>
        <w:t>Locational knowledge:</w:t>
      </w:r>
      <w:r w:rsidRPr="005E4595">
        <w:rPr>
          <w:sz w:val="20"/>
          <w:szCs w:val="24"/>
        </w:rPr>
        <w:t xml:space="preserve"> </w:t>
      </w:r>
      <w:r>
        <w:t xml:space="preserve">Name, locate and </w:t>
      </w:r>
      <w:r>
        <w:t>identify characteristics of the four countries and capital cities of the United Kingdom and its surrounding seas. Develop awareness that our local area is in England and within the UK.</w:t>
      </w:r>
    </w:p>
    <w:p w14:paraId="5051B922" w14:textId="77777777" w:rsidR="00721B9B" w:rsidRDefault="005E4595">
      <w:pPr>
        <w:pStyle w:val="ListBullet"/>
        <w:rPr>
          <w:rFonts w:hint="eastAsia"/>
        </w:rPr>
      </w:pPr>
      <w:r w:rsidRPr="005E4595">
        <w:rPr>
          <w:b/>
          <w:bCs/>
          <w:sz w:val="20"/>
          <w:szCs w:val="24"/>
        </w:rPr>
        <w:t>Place knowledge:</w:t>
      </w:r>
      <w:r w:rsidRPr="005E4595">
        <w:rPr>
          <w:sz w:val="20"/>
          <w:szCs w:val="24"/>
        </w:rPr>
        <w:t xml:space="preserve"> </w:t>
      </w:r>
      <w:r>
        <w:t>Understand geographical similarities and differences t</w:t>
      </w:r>
      <w:r>
        <w:t>hrough studying the human and physical geography of the local area.</w:t>
      </w:r>
    </w:p>
    <w:p w14:paraId="6A3837AC" w14:textId="77777777" w:rsidR="00721B9B" w:rsidRDefault="005E4595">
      <w:pPr>
        <w:pStyle w:val="ListBullet"/>
        <w:rPr>
          <w:rFonts w:hint="eastAsia"/>
        </w:rPr>
      </w:pPr>
      <w:r w:rsidRPr="005E4595">
        <w:rPr>
          <w:b/>
          <w:bCs/>
          <w:sz w:val="20"/>
          <w:szCs w:val="24"/>
        </w:rPr>
        <w:t xml:space="preserve">Human and physical geography: </w:t>
      </w:r>
      <w:r>
        <w:t>Use basic geographical vocabulary to identify key physical features and key human features, including village, town, farm, house, shop, road and church.</w:t>
      </w:r>
    </w:p>
    <w:p w14:paraId="09BCB806" w14:textId="77777777" w:rsidR="00721B9B" w:rsidRDefault="005E4595">
      <w:pPr>
        <w:pStyle w:val="ListBullet"/>
        <w:rPr>
          <w:rFonts w:hint="eastAsia"/>
        </w:rPr>
      </w:pPr>
      <w:r w:rsidRPr="005E4595">
        <w:rPr>
          <w:b/>
          <w:bCs/>
          <w:sz w:val="20"/>
          <w:szCs w:val="24"/>
        </w:rPr>
        <w:t>Geogr</w:t>
      </w:r>
      <w:r w:rsidRPr="005E4595">
        <w:rPr>
          <w:b/>
          <w:bCs/>
          <w:sz w:val="20"/>
          <w:szCs w:val="24"/>
        </w:rPr>
        <w:t>aphical skills and fieldwork:</w:t>
      </w:r>
      <w:r w:rsidRPr="005E4595">
        <w:rPr>
          <w:sz w:val="20"/>
          <w:szCs w:val="24"/>
        </w:rPr>
        <w:t xml:space="preserve"> </w:t>
      </w:r>
      <w:r>
        <w:t>Use maps, aerial photographs and simple compass directions; use simple fieldwork and observational skills to study the geography of the school, Bromesberrow and the surrounding area.</w:t>
      </w:r>
    </w:p>
    <w:p w14:paraId="27EC7F4B" w14:textId="77777777" w:rsidR="00721B9B" w:rsidRDefault="005E4595">
      <w:pPr>
        <w:pStyle w:val="ListBullet"/>
        <w:rPr>
          <w:rFonts w:hint="eastAsia"/>
        </w:rPr>
      </w:pPr>
      <w:r w:rsidRPr="005E4595">
        <w:rPr>
          <w:b/>
          <w:bCs/>
          <w:sz w:val="20"/>
          <w:szCs w:val="24"/>
        </w:rPr>
        <w:t>EYFS / Reception:</w:t>
      </w:r>
      <w:r w:rsidRPr="005E4595">
        <w:rPr>
          <w:sz w:val="20"/>
          <w:szCs w:val="24"/>
        </w:rPr>
        <w:t xml:space="preserve"> </w:t>
      </w:r>
      <w:r>
        <w:t>Explore the natural world</w:t>
      </w:r>
      <w:r>
        <w:t>, describe the immediate environment using observation, discussion, stories, maps and first-hand experiences, and notice similarities and differences between places.</w:t>
      </w:r>
    </w:p>
    <w:p w14:paraId="36DC342B" w14:textId="35A31EB0" w:rsidR="00721B9B" w:rsidRDefault="005E4595">
      <w:pPr>
        <w:pStyle w:val="Heading1"/>
      </w:pPr>
      <w:r>
        <w:t xml:space="preserve">Key Substantive Concepts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55"/>
        <w:gridCol w:w="2948"/>
        <w:gridCol w:w="2950"/>
        <w:gridCol w:w="2949"/>
      </w:tblGrid>
      <w:tr w:rsidR="00721B9B" w14:paraId="1B4B3DC4" w14:textId="77777777">
        <w:trPr>
          <w:jc w:val="center"/>
        </w:trPr>
        <w:tc>
          <w:tcPr>
            <w:tcW w:w="1656" w:type="dxa"/>
            <w:shd w:val="clear" w:color="auto" w:fill="D9EAF7"/>
            <w:vAlign w:val="center"/>
          </w:tcPr>
          <w:p w14:paraId="38CA19E2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Concept</w:t>
            </w:r>
          </w:p>
        </w:tc>
        <w:tc>
          <w:tcPr>
            <w:tcW w:w="2952" w:type="dxa"/>
            <w:shd w:val="clear" w:color="auto" w:fill="D9EAF7"/>
            <w:vAlign w:val="center"/>
          </w:tcPr>
          <w:p w14:paraId="3C4FB8C9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Reception</w:t>
            </w:r>
          </w:p>
        </w:tc>
        <w:tc>
          <w:tcPr>
            <w:tcW w:w="2952" w:type="dxa"/>
            <w:shd w:val="clear" w:color="auto" w:fill="D9EAF7"/>
            <w:vAlign w:val="center"/>
          </w:tcPr>
          <w:p w14:paraId="5970CE03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Year 1</w:t>
            </w:r>
          </w:p>
        </w:tc>
        <w:tc>
          <w:tcPr>
            <w:tcW w:w="2952" w:type="dxa"/>
            <w:shd w:val="clear" w:color="auto" w:fill="D9EAF7"/>
            <w:vAlign w:val="center"/>
          </w:tcPr>
          <w:p w14:paraId="579C1E82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Year 2</w:t>
            </w:r>
          </w:p>
        </w:tc>
      </w:tr>
      <w:tr w:rsidR="00721B9B" w14:paraId="06518861" w14:textId="77777777">
        <w:trPr>
          <w:jc w:val="center"/>
        </w:trPr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8D4831" w14:textId="77777777" w:rsidR="00721B9B" w:rsidRDefault="005E4595">
            <w:pPr>
              <w:rPr>
                <w:rFonts w:hint="eastAsia"/>
              </w:rPr>
            </w:pPr>
            <w:r>
              <w:t>Location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175E49" w14:textId="77777777" w:rsidR="00721B9B" w:rsidRDefault="005E4595">
            <w:pPr>
              <w:rPr>
                <w:rFonts w:hint="eastAsia"/>
              </w:rPr>
            </w:pPr>
            <w:r>
              <w:t>Kno</w:t>
            </w:r>
            <w:r>
              <w:t>w that home and school are places; use near/far.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88F23C" w14:textId="77777777" w:rsidR="00721B9B" w:rsidRDefault="005E4595">
            <w:pPr>
              <w:rPr>
                <w:rFonts w:hint="eastAsia"/>
              </w:rPr>
            </w:pPr>
            <w:r>
              <w:t>Know Bromesberrow and Ledbury are in England; locate England and the UK on a simple map.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C1A7DD" w14:textId="77777777" w:rsidR="00721B9B" w:rsidRDefault="005E4595">
            <w:pPr>
              <w:rPr>
                <w:rFonts w:hint="eastAsia"/>
              </w:rPr>
            </w:pPr>
            <w:r>
              <w:t>Locate Bromesberrow and Ledbury in relation to nearby places; use N/S/E/W and describe relative location.</w:t>
            </w:r>
          </w:p>
        </w:tc>
      </w:tr>
      <w:tr w:rsidR="00721B9B" w14:paraId="3599682E" w14:textId="77777777">
        <w:trPr>
          <w:jc w:val="center"/>
        </w:trPr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E9A278" w14:textId="77777777" w:rsidR="00721B9B" w:rsidRDefault="005E4595">
            <w:pPr>
              <w:rPr>
                <w:rFonts w:hint="eastAsia"/>
              </w:rPr>
            </w:pPr>
            <w:r>
              <w:t>Place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0A9609" w14:textId="77777777" w:rsidR="00721B9B" w:rsidRDefault="005E4595">
            <w:pPr>
              <w:rPr>
                <w:rFonts w:hint="eastAsia"/>
              </w:rPr>
            </w:pPr>
            <w:r>
              <w:t>Talk about what home, school and the village are like.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A92D7" w14:textId="77777777" w:rsidR="00721B9B" w:rsidRDefault="005E4595">
            <w:pPr>
              <w:rPr>
                <w:rFonts w:hint="eastAsia"/>
              </w:rPr>
            </w:pPr>
            <w:r>
              <w:t>Identify features that make Bromesberrow/Ledbury recognisable and special.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501097" w14:textId="77777777" w:rsidR="00721B9B" w:rsidRDefault="005E4595">
            <w:pPr>
              <w:rPr>
                <w:rFonts w:hint="eastAsia"/>
              </w:rPr>
            </w:pPr>
            <w:r>
              <w:t>Explain a place using a combination of location, physical and human features; compare village and town.</w:t>
            </w:r>
          </w:p>
        </w:tc>
      </w:tr>
      <w:tr w:rsidR="00721B9B" w14:paraId="529D1729" w14:textId="77777777">
        <w:trPr>
          <w:jc w:val="center"/>
        </w:trPr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3E7D7C" w14:textId="77777777" w:rsidR="00721B9B" w:rsidRDefault="005E4595">
            <w:pPr>
              <w:rPr>
                <w:rFonts w:hint="eastAsia"/>
              </w:rPr>
            </w:pPr>
            <w:r>
              <w:t>Environment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60D08B" w14:textId="77777777" w:rsidR="00721B9B" w:rsidRDefault="005E4595">
            <w:pPr>
              <w:rPr>
                <w:rFonts w:hint="eastAsia"/>
              </w:rPr>
            </w:pPr>
            <w:r>
              <w:t>Notice tr</w:t>
            </w:r>
            <w:r>
              <w:t>ees, fields, roads, buildings and open spaces.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2D3DD0" w14:textId="77777777" w:rsidR="00721B9B" w:rsidRDefault="005E4595">
            <w:pPr>
              <w:rPr>
                <w:rFonts w:hint="eastAsia"/>
              </w:rPr>
            </w:pPr>
            <w:r>
              <w:t>Distinguish natural/physical and human/built features; notice how land is used.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A91BD1" w14:textId="77777777" w:rsidR="00721B9B" w:rsidRDefault="005E4595">
            <w:pPr>
              <w:rPr>
                <w:rFonts w:hint="eastAsia"/>
              </w:rPr>
            </w:pPr>
            <w:r>
              <w:t>Explain how people use and care for the local environment; consider benefits of countryside and settlement.</w:t>
            </w:r>
          </w:p>
        </w:tc>
      </w:tr>
      <w:tr w:rsidR="00721B9B" w14:paraId="05751A01" w14:textId="77777777">
        <w:trPr>
          <w:jc w:val="center"/>
        </w:trPr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8E71DC" w14:textId="77777777" w:rsidR="00721B9B" w:rsidRDefault="005E4595">
            <w:pPr>
              <w:rPr>
                <w:rFonts w:hint="eastAsia"/>
              </w:rPr>
            </w:pPr>
            <w:r>
              <w:t>Change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B2E953" w14:textId="77777777" w:rsidR="00721B9B" w:rsidRDefault="005E4595">
            <w:pPr>
              <w:rPr>
                <w:rFonts w:hint="eastAsia"/>
              </w:rPr>
            </w:pPr>
            <w:r>
              <w:t>Notice change</w:t>
            </w:r>
            <w:r>
              <w:t>s in weather, seasons and familiar surroundings.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ADFE47" w14:textId="77777777" w:rsidR="00721B9B" w:rsidRDefault="005E4595">
            <w:pPr>
              <w:rPr>
                <w:rFonts w:hint="eastAsia"/>
              </w:rPr>
            </w:pPr>
            <w:r>
              <w:t>Use photographs to notice simple changes in the local area.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00BD91" w14:textId="77777777" w:rsidR="00721B9B" w:rsidRDefault="005E4595">
            <w:pPr>
              <w:rPr>
                <w:rFonts w:hint="eastAsia"/>
              </w:rPr>
            </w:pPr>
            <w:r>
              <w:t>Compare past/present maps or photographs and suggest how/why the local area has changed.</w:t>
            </w:r>
          </w:p>
        </w:tc>
      </w:tr>
      <w:tr w:rsidR="00721B9B" w14:paraId="38BC4051" w14:textId="77777777">
        <w:trPr>
          <w:jc w:val="center"/>
        </w:trPr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733FEC" w14:textId="77777777" w:rsidR="00721B9B" w:rsidRDefault="005E4595">
            <w:pPr>
              <w:rPr>
                <w:rFonts w:hint="eastAsia"/>
              </w:rPr>
            </w:pPr>
            <w:r>
              <w:t>Physical &amp; Human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683D56" w14:textId="77777777" w:rsidR="00721B9B" w:rsidRDefault="005E4595">
            <w:pPr>
              <w:rPr>
                <w:rFonts w:hint="eastAsia"/>
              </w:rPr>
            </w:pPr>
            <w:r>
              <w:t>Recognise simple natural and built featu</w:t>
            </w:r>
            <w:r>
              <w:t>res.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060F24" w14:textId="77777777" w:rsidR="00721B9B" w:rsidRDefault="005E4595">
            <w:pPr>
              <w:rPr>
                <w:rFonts w:hint="eastAsia"/>
              </w:rPr>
            </w:pPr>
            <w:r>
              <w:t>Classify local features such as hills, fields, trees, roads, houses and shops.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7FBE81" w14:textId="77777777" w:rsidR="00721B9B" w:rsidRDefault="005E4595">
            <w:pPr>
              <w:rPr>
                <w:rFonts w:hint="eastAsia"/>
              </w:rPr>
            </w:pPr>
            <w:r>
              <w:t>Describe patterns and connections, such as roads linking settlements and farming using rural land.</w:t>
            </w:r>
          </w:p>
        </w:tc>
      </w:tr>
      <w:tr w:rsidR="00721B9B" w14:paraId="76925203" w14:textId="77777777">
        <w:trPr>
          <w:jc w:val="center"/>
        </w:trPr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C3B05" w14:textId="77777777" w:rsidR="00721B9B" w:rsidRDefault="005E4595">
            <w:pPr>
              <w:rPr>
                <w:rFonts w:hint="eastAsia"/>
              </w:rPr>
            </w:pPr>
            <w:r>
              <w:t>Culture &amp; Identity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0EF41" w14:textId="77777777" w:rsidR="00721B9B" w:rsidRDefault="005E4595">
            <w:pPr>
              <w:rPr>
                <w:rFonts w:hint="eastAsia"/>
              </w:rPr>
            </w:pPr>
            <w:r>
              <w:t xml:space="preserve">Share places that are important to them and </w:t>
            </w:r>
            <w:r>
              <w:t>their families.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97728B" w14:textId="77777777" w:rsidR="00721B9B" w:rsidRDefault="005E4595">
            <w:pPr>
              <w:rPr>
                <w:rFonts w:hint="eastAsia"/>
              </w:rPr>
            </w:pPr>
            <w:r>
              <w:t>Recognise local landmarks and community places.</w:t>
            </w:r>
          </w:p>
        </w:tc>
        <w:tc>
          <w:tcPr>
            <w:tcW w:w="29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1227EB" w14:textId="77777777" w:rsidR="00721B9B" w:rsidRDefault="005E4595">
            <w:pPr>
              <w:rPr>
                <w:rFonts w:hint="eastAsia"/>
              </w:rPr>
            </w:pPr>
            <w:r>
              <w:t>Explain why local places matter to people and how they contribute to a sense of place.</w:t>
            </w:r>
          </w:p>
        </w:tc>
      </w:tr>
    </w:tbl>
    <w:p w14:paraId="66612FCE" w14:textId="77777777" w:rsidR="00721B9B" w:rsidRDefault="00721B9B">
      <w:pPr>
        <w:spacing w:after="20"/>
        <w:rPr>
          <w:rFonts w:hint="eastAsia"/>
        </w:rPr>
      </w:pPr>
    </w:p>
    <w:p w14:paraId="3973CF46" w14:textId="77777777" w:rsidR="00721B9B" w:rsidRDefault="005E4595">
      <w:pPr>
        <w:pStyle w:val="Heading1"/>
      </w:pPr>
      <w:r>
        <w:t>Vocabulary / Terminology Progression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9"/>
        <w:gridCol w:w="4388"/>
        <w:gridCol w:w="4675"/>
      </w:tblGrid>
      <w:tr w:rsidR="00721B9B" w14:paraId="611893A5" w14:textId="77777777">
        <w:trPr>
          <w:jc w:val="center"/>
        </w:trPr>
        <w:tc>
          <w:tcPr>
            <w:tcW w:w="1440" w:type="dxa"/>
            <w:shd w:val="clear" w:color="auto" w:fill="D9EAF7"/>
            <w:vAlign w:val="center"/>
          </w:tcPr>
          <w:p w14:paraId="2AE37750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Year</w:t>
            </w:r>
          </w:p>
        </w:tc>
        <w:tc>
          <w:tcPr>
            <w:tcW w:w="4392" w:type="dxa"/>
            <w:shd w:val="clear" w:color="auto" w:fill="D9EAF7"/>
            <w:vAlign w:val="center"/>
          </w:tcPr>
          <w:p w14:paraId="73650B74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Everyday / Supporting Words</w:t>
            </w:r>
          </w:p>
        </w:tc>
        <w:tc>
          <w:tcPr>
            <w:tcW w:w="4680" w:type="dxa"/>
            <w:shd w:val="clear" w:color="auto" w:fill="D9EAF7"/>
            <w:vAlign w:val="center"/>
          </w:tcPr>
          <w:p w14:paraId="067567B7" w14:textId="7F63C81A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 xml:space="preserve">Geography-specific </w:t>
            </w:r>
            <w:r>
              <w:rPr>
                <w:b/>
              </w:rPr>
              <w:t>Words</w:t>
            </w:r>
          </w:p>
        </w:tc>
      </w:tr>
      <w:tr w:rsidR="00721B9B" w14:paraId="1747EA86" w14:textId="77777777">
        <w:trPr>
          <w:jc w:val="center"/>
        </w:trPr>
        <w:tc>
          <w:tcPr>
            <w:tcW w:w="1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51BAE" w14:textId="77777777" w:rsidR="00721B9B" w:rsidRDefault="005E4595">
            <w:pPr>
              <w:rPr>
                <w:rFonts w:hint="eastAsia"/>
              </w:rPr>
            </w:pPr>
            <w:r>
              <w:t>Reception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63838E" w14:textId="77777777" w:rsidR="00721B9B" w:rsidRDefault="005E4595">
            <w:pPr>
              <w:rPr>
                <w:rFonts w:hint="eastAsia"/>
              </w:rPr>
            </w:pPr>
            <w:r>
              <w:t>home, school, near, far, road, field, tree, house, village, town</w:t>
            </w:r>
          </w:p>
        </w:tc>
        <w:tc>
          <w:tcPr>
            <w:tcW w:w="4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BAB1E7" w14:textId="77777777" w:rsidR="00721B9B" w:rsidRDefault="005E4595">
            <w:pPr>
              <w:rPr>
                <w:rFonts w:hint="eastAsia"/>
              </w:rPr>
            </w:pPr>
            <w:r>
              <w:t>place, map, feature, natural, human, England</w:t>
            </w:r>
          </w:p>
        </w:tc>
      </w:tr>
      <w:tr w:rsidR="00721B9B" w14:paraId="37FE010E" w14:textId="77777777">
        <w:trPr>
          <w:jc w:val="center"/>
        </w:trPr>
        <w:tc>
          <w:tcPr>
            <w:tcW w:w="1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FCD6F8" w14:textId="77777777" w:rsidR="00721B9B" w:rsidRDefault="005E4595">
            <w:pPr>
              <w:rPr>
                <w:rFonts w:hint="eastAsia"/>
              </w:rPr>
            </w:pPr>
            <w:r>
              <w:lastRenderedPageBreak/>
              <w:t>Year 1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CFBC17" w14:textId="77777777" w:rsidR="00721B9B" w:rsidRDefault="005E4595">
            <w:pPr>
              <w:rPr>
                <w:rFonts w:hint="eastAsia"/>
              </w:rPr>
            </w:pPr>
            <w:r>
              <w:t>nearby, route, road, field, farm, shop, church, village, town</w:t>
            </w:r>
          </w:p>
        </w:tc>
        <w:tc>
          <w:tcPr>
            <w:tcW w:w="4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6F8996" w14:textId="77777777" w:rsidR="00721B9B" w:rsidRDefault="005E4595">
            <w:pPr>
              <w:rPr>
                <w:rFonts w:hint="eastAsia"/>
              </w:rPr>
            </w:pPr>
            <w:r>
              <w:t xml:space="preserve">local area, UK, country, landmark, physical feature, human </w:t>
            </w:r>
            <w:r>
              <w:t>feature, settlement</w:t>
            </w:r>
          </w:p>
        </w:tc>
      </w:tr>
      <w:tr w:rsidR="00721B9B" w14:paraId="7C879C89" w14:textId="77777777">
        <w:trPr>
          <w:jc w:val="center"/>
        </w:trPr>
        <w:tc>
          <w:tcPr>
            <w:tcW w:w="1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7B4D74" w14:textId="77777777" w:rsidR="00721B9B" w:rsidRDefault="005E4595">
            <w:pPr>
              <w:rPr>
                <w:rFonts w:hint="eastAsia"/>
              </w:rPr>
            </w:pPr>
            <w:r>
              <w:t>Year 2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572D09" w14:textId="77777777" w:rsidR="00721B9B" w:rsidRDefault="005E4595">
            <w:pPr>
              <w:rPr>
                <w:rFonts w:hint="eastAsia"/>
              </w:rPr>
            </w:pPr>
            <w:r>
              <w:t>same, different, change, land, countryside, community</w:t>
            </w:r>
          </w:p>
        </w:tc>
        <w:tc>
          <w:tcPr>
            <w:tcW w:w="4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67A091" w14:textId="77777777" w:rsidR="00721B9B" w:rsidRDefault="005E4595">
            <w:pPr>
              <w:rPr>
                <w:rFonts w:hint="eastAsia"/>
              </w:rPr>
            </w:pPr>
            <w:r>
              <w:t>compass, north, south, east, west, aerial photograph, key, symbol, land use, route, settlement</w:t>
            </w:r>
          </w:p>
        </w:tc>
      </w:tr>
    </w:tbl>
    <w:p w14:paraId="798D2702" w14:textId="77777777" w:rsidR="00721B9B" w:rsidRDefault="00721B9B">
      <w:pPr>
        <w:spacing w:after="20"/>
        <w:rPr>
          <w:rFonts w:hint="eastAsia"/>
        </w:rPr>
      </w:pPr>
    </w:p>
    <w:p w14:paraId="371E5FA7" w14:textId="77777777" w:rsidR="00721B9B" w:rsidRDefault="005E4595">
      <w:pPr>
        <w:pStyle w:val="Heading1"/>
      </w:pPr>
      <w:r>
        <w:t>Skills Progression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29"/>
        <w:gridCol w:w="2856"/>
        <w:gridCol w:w="2853"/>
        <w:gridCol w:w="2864"/>
      </w:tblGrid>
      <w:tr w:rsidR="00721B9B" w14:paraId="1B9BEE06" w14:textId="77777777">
        <w:trPr>
          <w:jc w:val="center"/>
        </w:trPr>
        <w:tc>
          <w:tcPr>
            <w:tcW w:w="1944" w:type="dxa"/>
            <w:shd w:val="clear" w:color="auto" w:fill="D9EAF7"/>
            <w:vAlign w:val="center"/>
          </w:tcPr>
          <w:p w14:paraId="2348611D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Skill area</w:t>
            </w:r>
          </w:p>
        </w:tc>
        <w:tc>
          <w:tcPr>
            <w:tcW w:w="2880" w:type="dxa"/>
            <w:shd w:val="clear" w:color="auto" w:fill="D9EAF7"/>
            <w:vAlign w:val="center"/>
          </w:tcPr>
          <w:p w14:paraId="2AC2480A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Reception</w:t>
            </w:r>
          </w:p>
        </w:tc>
        <w:tc>
          <w:tcPr>
            <w:tcW w:w="2880" w:type="dxa"/>
            <w:shd w:val="clear" w:color="auto" w:fill="D9EAF7"/>
            <w:vAlign w:val="center"/>
          </w:tcPr>
          <w:p w14:paraId="7A526B71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Year 1</w:t>
            </w:r>
          </w:p>
        </w:tc>
        <w:tc>
          <w:tcPr>
            <w:tcW w:w="2880" w:type="dxa"/>
            <w:shd w:val="clear" w:color="auto" w:fill="D9EAF7"/>
            <w:vAlign w:val="center"/>
          </w:tcPr>
          <w:p w14:paraId="46F0B6A7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Year 2</w:t>
            </w:r>
          </w:p>
        </w:tc>
      </w:tr>
      <w:tr w:rsidR="00721B9B" w14:paraId="42288BF0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72F5A" w14:textId="77777777" w:rsidR="00721B9B" w:rsidRDefault="005E4595">
            <w:pPr>
              <w:rPr>
                <w:rFonts w:hint="eastAsia"/>
              </w:rPr>
            </w:pPr>
            <w:r>
              <w:t xml:space="preserve">Observation &amp; </w:t>
            </w:r>
            <w:r>
              <w:t>questioning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B05AFF" w14:textId="77777777" w:rsidR="00721B9B" w:rsidRDefault="005E4595">
            <w:pPr>
              <w:rPr>
                <w:rFonts w:hint="eastAsia"/>
              </w:rPr>
            </w:pPr>
            <w:r>
              <w:t>Use senses on a local walk; say what can be seen and heard.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9FD788" w14:textId="77777777" w:rsidR="00721B9B" w:rsidRDefault="005E4595">
            <w:pPr>
              <w:rPr>
                <w:rFonts w:hint="eastAsia"/>
              </w:rPr>
            </w:pPr>
            <w:r>
              <w:t>Ask and answer simple questions about what is around the school/village.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1C4FA6" w14:textId="77777777" w:rsidR="00721B9B" w:rsidRDefault="005E4595">
            <w:pPr>
              <w:rPr>
                <w:rFonts w:hint="eastAsia"/>
              </w:rPr>
            </w:pPr>
            <w:r>
              <w:t>Create questions for a local enquiry and use observations as evidence.</w:t>
            </w:r>
          </w:p>
        </w:tc>
      </w:tr>
      <w:tr w:rsidR="00721B9B" w14:paraId="2A85458C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8D611D" w14:textId="77777777" w:rsidR="00721B9B" w:rsidRDefault="005E4595">
            <w:pPr>
              <w:rPr>
                <w:rFonts w:hint="eastAsia"/>
              </w:rPr>
            </w:pPr>
            <w:r>
              <w:t>Fieldwork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D350BA" w14:textId="77777777" w:rsidR="00721B9B" w:rsidRDefault="005E4595">
            <w:pPr>
              <w:rPr>
                <w:rFonts w:hint="eastAsia"/>
              </w:rPr>
            </w:pPr>
            <w:r>
              <w:t xml:space="preserve">Walk around school/immediate </w:t>
            </w:r>
            <w:r>
              <w:t>locality; draw or photograph features.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CCDC72" w14:textId="77777777" w:rsidR="00721B9B" w:rsidRDefault="005E4595">
            <w:pPr>
              <w:rPr>
                <w:rFonts w:hint="eastAsia"/>
              </w:rPr>
            </w:pPr>
            <w:r>
              <w:t>Identify and tally human/physical features on a local walk.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1B1F8" w14:textId="77777777" w:rsidR="00721B9B" w:rsidRDefault="005E4595">
            <w:pPr>
              <w:rPr>
                <w:rFonts w:hint="eastAsia"/>
              </w:rPr>
            </w:pPr>
            <w:r>
              <w:t>Carry out a simple survey; record features/land use and discuss patterns.</w:t>
            </w:r>
          </w:p>
        </w:tc>
      </w:tr>
      <w:tr w:rsidR="00721B9B" w14:paraId="56F1AC7C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C9C627" w14:textId="77777777" w:rsidR="00721B9B" w:rsidRDefault="005E4595">
            <w:pPr>
              <w:rPr>
                <w:rFonts w:hint="eastAsia"/>
              </w:rPr>
            </w:pPr>
            <w:r>
              <w:t>Mapping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C3AC25" w14:textId="77777777" w:rsidR="00721B9B" w:rsidRDefault="005E4595">
            <w:pPr>
              <w:rPr>
                <w:rFonts w:hint="eastAsia"/>
              </w:rPr>
            </w:pPr>
            <w:r>
              <w:t>Follow simple picture maps and draw familiar routes.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AFE973" w14:textId="77777777" w:rsidR="00721B9B" w:rsidRDefault="005E4595">
            <w:pPr>
              <w:rPr>
                <w:rFonts w:hint="eastAsia"/>
              </w:rPr>
            </w:pPr>
            <w:r>
              <w:t>Use a simple local ma</w:t>
            </w:r>
            <w:r>
              <w:t>p, symbols and a key; locate England/UK.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9BAABC" w14:textId="77777777" w:rsidR="00721B9B" w:rsidRDefault="005E4595">
            <w:pPr>
              <w:rPr>
                <w:rFonts w:hint="eastAsia"/>
              </w:rPr>
            </w:pPr>
            <w:r>
              <w:t>Use N/S/E/W, aerial photographs and an annotated sketch map; follow/describe routes.</w:t>
            </w:r>
          </w:p>
        </w:tc>
      </w:tr>
      <w:tr w:rsidR="00721B9B" w14:paraId="798F80ED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73081C" w14:textId="77777777" w:rsidR="00721B9B" w:rsidRDefault="005E4595">
            <w:pPr>
              <w:rPr>
                <w:rFonts w:hint="eastAsia"/>
              </w:rPr>
            </w:pPr>
            <w:r>
              <w:t>Comparison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AE5B4" w14:textId="77777777" w:rsidR="00721B9B" w:rsidRDefault="005E4595">
            <w:pPr>
              <w:rPr>
                <w:rFonts w:hint="eastAsia"/>
              </w:rPr>
            </w:pPr>
            <w:r>
              <w:t>Say what is the same/different between two familiar places.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1AE177" w14:textId="77777777" w:rsidR="00721B9B" w:rsidRDefault="005E4595">
            <w:pPr>
              <w:rPr>
                <w:rFonts w:hint="eastAsia"/>
              </w:rPr>
            </w:pPr>
            <w:r>
              <w:t>Compare Bromesberrow village with Ledbury town.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48591D" w14:textId="77777777" w:rsidR="00721B9B" w:rsidRDefault="005E4595">
            <w:pPr>
              <w:rPr>
                <w:rFonts w:hint="eastAsia"/>
              </w:rPr>
            </w:pPr>
            <w:r>
              <w:t>Compare features, services and land use; explain similarities/differences.</w:t>
            </w:r>
          </w:p>
        </w:tc>
      </w:tr>
      <w:tr w:rsidR="00721B9B" w14:paraId="5F8C4EED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520AAC" w14:textId="77777777" w:rsidR="00721B9B" w:rsidRDefault="005E4595">
            <w:pPr>
              <w:rPr>
                <w:rFonts w:hint="eastAsia"/>
              </w:rPr>
            </w:pPr>
            <w:r>
              <w:t>Recording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7024A8" w14:textId="77777777" w:rsidR="00721B9B" w:rsidRDefault="005E4595">
            <w:pPr>
              <w:rPr>
                <w:rFonts w:hint="eastAsia"/>
              </w:rPr>
            </w:pPr>
            <w:r>
              <w:t>Pictures, labels and oral descriptions.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3AEF09" w14:textId="77777777" w:rsidR="00721B9B" w:rsidRDefault="005E4595">
            <w:pPr>
              <w:rPr>
                <w:rFonts w:hint="eastAsia"/>
              </w:rPr>
            </w:pPr>
            <w:r>
              <w:t>Simple maps, labels, tallies and photographs.</w:t>
            </w:r>
          </w:p>
        </w:tc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F11A56" w14:textId="77777777" w:rsidR="00721B9B" w:rsidRDefault="005E4595">
            <w:pPr>
              <w:rPr>
                <w:rFonts w:hint="eastAsia"/>
              </w:rPr>
            </w:pPr>
            <w:r>
              <w:t>Annotated maps, tables/tallies and short geographical explanations.</w:t>
            </w:r>
          </w:p>
        </w:tc>
      </w:tr>
    </w:tbl>
    <w:p w14:paraId="24BCB357" w14:textId="77777777" w:rsidR="00721B9B" w:rsidRDefault="00721B9B">
      <w:pPr>
        <w:spacing w:after="20"/>
        <w:rPr>
          <w:rFonts w:hint="eastAsia"/>
        </w:rPr>
      </w:pPr>
    </w:p>
    <w:p w14:paraId="7638D0E4" w14:textId="77777777" w:rsidR="00721B9B" w:rsidRDefault="005E4595">
      <w:pPr>
        <w:pStyle w:val="Heading1"/>
      </w:pPr>
      <w:r>
        <w:t>Medium Term Pl</w:t>
      </w:r>
      <w:r>
        <w:t>an Ideas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9"/>
        <w:gridCol w:w="1656"/>
        <w:gridCol w:w="4459"/>
        <w:gridCol w:w="2158"/>
      </w:tblGrid>
      <w:tr w:rsidR="00721B9B" w14:paraId="69133369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7CB2B52F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Focus / Enquiry Question</w:t>
            </w:r>
          </w:p>
        </w:tc>
        <w:tc>
          <w:tcPr>
            <w:tcW w:w="1656" w:type="dxa"/>
            <w:shd w:val="clear" w:color="auto" w:fill="D9EAF7"/>
            <w:vAlign w:val="center"/>
          </w:tcPr>
          <w:p w14:paraId="6EDDBDBD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Key Concepts</w:t>
            </w:r>
          </w:p>
        </w:tc>
        <w:tc>
          <w:tcPr>
            <w:tcW w:w="4464" w:type="dxa"/>
            <w:shd w:val="clear" w:color="auto" w:fill="D9EAF7"/>
            <w:vAlign w:val="center"/>
          </w:tcPr>
          <w:p w14:paraId="4BC4EAA1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Possible Activities / Tasks</w:t>
            </w:r>
          </w:p>
        </w:tc>
        <w:tc>
          <w:tcPr>
            <w:tcW w:w="2160" w:type="dxa"/>
            <w:shd w:val="clear" w:color="auto" w:fill="D9EAF7"/>
            <w:vAlign w:val="center"/>
          </w:tcPr>
          <w:p w14:paraId="5C69FCC7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Skills &amp; Vocabulary Focus</w:t>
            </w:r>
          </w:p>
        </w:tc>
      </w:tr>
      <w:tr w:rsidR="00721B9B" w14:paraId="39544D52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A82A2C" w14:textId="77777777" w:rsidR="00721B9B" w:rsidRDefault="005E4595">
            <w:pPr>
              <w:rPr>
                <w:rFonts w:hint="eastAsia"/>
              </w:rPr>
            </w:pPr>
            <w:r>
              <w:t>1. Where do I live?</w:t>
            </w:r>
          </w:p>
        </w:tc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66AA74" w14:textId="77777777" w:rsidR="00721B9B" w:rsidRDefault="005E4595">
            <w:pPr>
              <w:rPr>
                <w:rFonts w:hint="eastAsia"/>
              </w:rPr>
            </w:pPr>
            <w:r>
              <w:t>Location, place</w:t>
            </w:r>
          </w:p>
        </w:tc>
        <w:tc>
          <w:tcPr>
            <w:tcW w:w="44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A6277D" w14:textId="77777777" w:rsidR="00721B9B" w:rsidRDefault="005E4595">
            <w:pPr>
              <w:rPr>
                <w:rFonts w:hint="eastAsia"/>
              </w:rPr>
            </w:pPr>
            <w:r>
              <w:t xml:space="preserve">Start with children’s homes and school. Build from Bromesberrow/Ledbury to England and the UK. Use </w:t>
            </w:r>
            <w:r>
              <w:t>nested-location language: school → local area → England → UK.</w:t>
            </w:r>
          </w:p>
        </w:tc>
        <w:tc>
          <w:tcPr>
            <w:tcW w:w="21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45D049" w14:textId="77777777" w:rsidR="00721B9B" w:rsidRDefault="005E4595">
            <w:pPr>
              <w:rPr>
                <w:rFonts w:hint="eastAsia"/>
              </w:rPr>
            </w:pPr>
            <w:r>
              <w:t>home, local, village, town, England, UK; locating</w:t>
            </w:r>
          </w:p>
        </w:tc>
      </w:tr>
      <w:tr w:rsidR="00721B9B" w14:paraId="621C1C58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272398" w14:textId="77777777" w:rsidR="00721B9B" w:rsidRDefault="005E4595">
            <w:pPr>
              <w:rPr>
                <w:rFonts w:hint="eastAsia"/>
              </w:rPr>
            </w:pPr>
            <w:r>
              <w:t>2. What can we see around Bromesberrow?</w:t>
            </w:r>
          </w:p>
        </w:tc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8D7222" w14:textId="77777777" w:rsidR="00721B9B" w:rsidRDefault="005E4595">
            <w:pPr>
              <w:rPr>
                <w:rFonts w:hint="eastAsia"/>
              </w:rPr>
            </w:pPr>
            <w:r>
              <w:t>Place, physical/human</w:t>
            </w:r>
          </w:p>
        </w:tc>
        <w:tc>
          <w:tcPr>
            <w:tcW w:w="44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605C30" w14:textId="77777777" w:rsidR="00721B9B" w:rsidRDefault="005E4595">
            <w:pPr>
              <w:rPr>
                <w:rFonts w:hint="eastAsia"/>
              </w:rPr>
            </w:pPr>
            <w:r>
              <w:t>Local walk around the school/village. Spot fields, trees, roads, houses and commu</w:t>
            </w:r>
            <w:r>
              <w:t>nity buildings; sort photographs into physical/human features.</w:t>
            </w:r>
          </w:p>
        </w:tc>
        <w:tc>
          <w:tcPr>
            <w:tcW w:w="21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D9578" w14:textId="77777777" w:rsidR="00721B9B" w:rsidRDefault="005E4595">
            <w:pPr>
              <w:rPr>
                <w:rFonts w:hint="eastAsia"/>
              </w:rPr>
            </w:pPr>
            <w:r>
              <w:t>feature, physical, human, field, road; observation</w:t>
            </w:r>
          </w:p>
        </w:tc>
      </w:tr>
      <w:tr w:rsidR="00721B9B" w14:paraId="096BCACD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7850A1" w14:textId="77777777" w:rsidR="00721B9B" w:rsidRDefault="005E4595">
            <w:pPr>
              <w:rPr>
                <w:rFonts w:hint="eastAsia"/>
              </w:rPr>
            </w:pPr>
            <w:r>
              <w:t>3. How can a map help us find our way?</w:t>
            </w:r>
          </w:p>
        </w:tc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BA2994" w14:textId="77777777" w:rsidR="00721B9B" w:rsidRDefault="005E4595">
            <w:pPr>
              <w:rPr>
                <w:rFonts w:hint="eastAsia"/>
              </w:rPr>
            </w:pPr>
            <w:r>
              <w:t>Location, representation</w:t>
            </w:r>
          </w:p>
        </w:tc>
        <w:tc>
          <w:tcPr>
            <w:tcW w:w="44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D9B442" w14:textId="77777777" w:rsidR="00721B9B" w:rsidRDefault="005E4595">
            <w:pPr>
              <w:rPr>
                <w:rFonts w:hint="eastAsia"/>
              </w:rPr>
            </w:pPr>
            <w:r>
              <w:t xml:space="preserve">Look at a simple local/aerial map. Match photographs to locations, </w:t>
            </w:r>
            <w:r>
              <w:t>create symbols and a key, then map a short familiar route.</w:t>
            </w:r>
          </w:p>
        </w:tc>
        <w:tc>
          <w:tcPr>
            <w:tcW w:w="21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E5293D" w14:textId="77777777" w:rsidR="00721B9B" w:rsidRDefault="005E4595">
            <w:pPr>
              <w:rPr>
                <w:rFonts w:hint="eastAsia"/>
              </w:rPr>
            </w:pPr>
            <w:r>
              <w:t>map, aerial photograph, symbol, key, route</w:t>
            </w:r>
          </w:p>
        </w:tc>
      </w:tr>
      <w:tr w:rsidR="00721B9B" w14:paraId="41EAB139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4FD273" w14:textId="77777777" w:rsidR="00721B9B" w:rsidRDefault="005E4595">
            <w:pPr>
              <w:rPr>
                <w:rFonts w:hint="eastAsia"/>
              </w:rPr>
            </w:pPr>
            <w:r>
              <w:t>4. What is special about Bromesberrow?</w:t>
            </w:r>
          </w:p>
        </w:tc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492D31" w14:textId="77777777" w:rsidR="00721B9B" w:rsidRDefault="005E4595">
            <w:pPr>
              <w:rPr>
                <w:rFonts w:hint="eastAsia"/>
              </w:rPr>
            </w:pPr>
            <w:r>
              <w:t>Place, culture, environment</w:t>
            </w:r>
          </w:p>
        </w:tc>
        <w:tc>
          <w:tcPr>
            <w:tcW w:w="44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57791B" w14:textId="77777777" w:rsidR="00721B9B" w:rsidRDefault="005E4595">
            <w:pPr>
              <w:rPr>
                <w:rFonts w:hint="eastAsia"/>
              </w:rPr>
            </w:pPr>
            <w:r>
              <w:t xml:space="preserve">Identify features children value in the village and countryside. Create a class </w:t>
            </w:r>
            <w:r>
              <w:t>“special places” map with reasons.</w:t>
            </w:r>
          </w:p>
        </w:tc>
        <w:tc>
          <w:tcPr>
            <w:tcW w:w="21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CDE583" w14:textId="77777777" w:rsidR="00721B9B" w:rsidRDefault="005E4595">
            <w:pPr>
              <w:rPr>
                <w:rFonts w:hint="eastAsia"/>
              </w:rPr>
            </w:pPr>
            <w:r>
              <w:t>landmark, community, countryside, environment</w:t>
            </w:r>
          </w:p>
        </w:tc>
      </w:tr>
      <w:tr w:rsidR="00721B9B" w14:paraId="749318DA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9DC15B" w14:textId="77777777" w:rsidR="00721B9B" w:rsidRDefault="005E4595">
            <w:pPr>
              <w:rPr>
                <w:rFonts w:hint="eastAsia"/>
              </w:rPr>
            </w:pPr>
            <w:r>
              <w:t>5. How is Ledbury similar to and different from Bromesberrow?</w:t>
            </w:r>
          </w:p>
        </w:tc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F9E3F" w14:textId="77777777" w:rsidR="00721B9B" w:rsidRDefault="005E4595">
            <w:pPr>
              <w:rPr>
                <w:rFonts w:hint="eastAsia"/>
              </w:rPr>
            </w:pPr>
            <w:r>
              <w:t>Place, comparison</w:t>
            </w:r>
          </w:p>
        </w:tc>
        <w:tc>
          <w:tcPr>
            <w:tcW w:w="44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696BB" w14:textId="77777777" w:rsidR="00721B9B" w:rsidRDefault="005E4595">
            <w:pPr>
              <w:rPr>
                <w:rFonts w:hint="eastAsia"/>
              </w:rPr>
            </w:pPr>
            <w:r>
              <w:t>Use photographs/maps or a visit. Compare a village with a nearby town: buildings, shops/servic</w:t>
            </w:r>
            <w:r>
              <w:t>es, roads, green space and traffic.</w:t>
            </w:r>
          </w:p>
        </w:tc>
        <w:tc>
          <w:tcPr>
            <w:tcW w:w="21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412E1F" w14:textId="77777777" w:rsidR="00721B9B" w:rsidRDefault="005E4595">
            <w:pPr>
              <w:rPr>
                <w:rFonts w:hint="eastAsia"/>
              </w:rPr>
            </w:pPr>
            <w:r>
              <w:t>village, town, settlement, compare, land use</w:t>
            </w:r>
          </w:p>
        </w:tc>
      </w:tr>
      <w:tr w:rsidR="00721B9B" w14:paraId="7B02FE8C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2D48DF" w14:textId="77777777" w:rsidR="00721B9B" w:rsidRDefault="005E4595">
            <w:pPr>
              <w:rPr>
                <w:rFonts w:hint="eastAsia"/>
              </w:rPr>
            </w:pPr>
            <w:r>
              <w:t>6. How do people use the land around us?</w:t>
            </w:r>
          </w:p>
        </w:tc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517F95" w14:textId="77777777" w:rsidR="00721B9B" w:rsidRDefault="005E4595">
            <w:pPr>
              <w:rPr>
                <w:rFonts w:hint="eastAsia"/>
              </w:rPr>
            </w:pPr>
            <w:r>
              <w:t>Environment, human/physical</w:t>
            </w:r>
          </w:p>
        </w:tc>
        <w:tc>
          <w:tcPr>
            <w:tcW w:w="44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985889" w14:textId="77777777" w:rsidR="00721B9B" w:rsidRDefault="005E4595">
            <w:pPr>
              <w:rPr>
                <w:rFonts w:hint="eastAsia"/>
              </w:rPr>
            </w:pPr>
            <w:r>
              <w:t>Observe fields, farms, gardens, roads and buildings. Make a simple land-use tally or colour-coded map.</w:t>
            </w:r>
          </w:p>
        </w:tc>
        <w:tc>
          <w:tcPr>
            <w:tcW w:w="21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895EB4" w14:textId="77777777" w:rsidR="00721B9B" w:rsidRDefault="005E4595">
            <w:pPr>
              <w:rPr>
                <w:rFonts w:hint="eastAsia"/>
              </w:rPr>
            </w:pPr>
            <w:r>
              <w:t>fa</w:t>
            </w:r>
            <w:r>
              <w:t>rm, field, land use, countryside, settlement</w:t>
            </w:r>
          </w:p>
        </w:tc>
      </w:tr>
      <w:tr w:rsidR="00721B9B" w14:paraId="66E6E32F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EC34EC" w14:textId="77777777" w:rsidR="00721B9B" w:rsidRDefault="005E4595">
            <w:pPr>
              <w:rPr>
                <w:rFonts w:hint="eastAsia"/>
              </w:rPr>
            </w:pPr>
            <w:r>
              <w:t>7. How has our local area changed?</w:t>
            </w:r>
          </w:p>
        </w:tc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72982" w14:textId="77777777" w:rsidR="00721B9B" w:rsidRDefault="005E4595">
            <w:pPr>
              <w:rPr>
                <w:rFonts w:hint="eastAsia"/>
              </w:rPr>
            </w:pPr>
            <w:r>
              <w:t>Change</w:t>
            </w:r>
          </w:p>
        </w:tc>
        <w:tc>
          <w:tcPr>
            <w:tcW w:w="44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C05005" w14:textId="77777777" w:rsidR="00721B9B" w:rsidRDefault="005E4595">
            <w:pPr>
              <w:rPr>
                <w:rFonts w:hint="eastAsia"/>
              </w:rPr>
            </w:pPr>
            <w:r>
              <w:t>Compare carefully selected old/current photographs or maps of Bromesberrow/Ledbury. Identify what stayed the same and what changed.</w:t>
            </w:r>
          </w:p>
        </w:tc>
        <w:tc>
          <w:tcPr>
            <w:tcW w:w="21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CAA9F4" w14:textId="77777777" w:rsidR="00721B9B" w:rsidRDefault="005E4595">
            <w:pPr>
              <w:rPr>
                <w:rFonts w:hint="eastAsia"/>
              </w:rPr>
            </w:pPr>
            <w:r>
              <w:t xml:space="preserve">past, present, change, same, </w:t>
            </w:r>
            <w:r>
              <w:t>different</w:t>
            </w:r>
          </w:p>
        </w:tc>
      </w:tr>
      <w:tr w:rsidR="00721B9B" w14:paraId="43111A45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A67158" w14:textId="77777777" w:rsidR="00721B9B" w:rsidRDefault="005E4595">
            <w:pPr>
              <w:rPr>
                <w:rFonts w:hint="eastAsia"/>
              </w:rPr>
            </w:pPr>
            <w:r>
              <w:t>8. Why is where we live special?</w:t>
            </w:r>
          </w:p>
        </w:tc>
        <w:tc>
          <w:tcPr>
            <w:tcW w:w="16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570CB2" w14:textId="77777777" w:rsidR="00721B9B" w:rsidRDefault="005E4595">
            <w:pPr>
              <w:rPr>
                <w:rFonts w:hint="eastAsia"/>
              </w:rPr>
            </w:pPr>
            <w:r>
              <w:t>All concepts</w:t>
            </w:r>
          </w:p>
        </w:tc>
        <w:tc>
          <w:tcPr>
            <w:tcW w:w="44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8EC654" w14:textId="77777777" w:rsidR="00721B9B" w:rsidRDefault="005E4595">
            <w:pPr>
              <w:rPr>
                <w:rFonts w:hint="eastAsia"/>
              </w:rPr>
            </w:pPr>
            <w:r>
              <w:t xml:space="preserve">Create a class guide, display or booklet: map, favourite local feature, human/physical features and a </w:t>
            </w:r>
            <w:r>
              <w:lastRenderedPageBreak/>
              <w:t>comparison between Bromesberrow and Ledbury.</w:t>
            </w:r>
          </w:p>
        </w:tc>
        <w:tc>
          <w:tcPr>
            <w:tcW w:w="21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5B712A" w14:textId="77777777" w:rsidR="00721B9B" w:rsidRDefault="005E4595">
            <w:pPr>
              <w:rPr>
                <w:rFonts w:hint="eastAsia"/>
              </w:rPr>
            </w:pPr>
            <w:r>
              <w:lastRenderedPageBreak/>
              <w:t xml:space="preserve">use and apply full unit vocabulary; present </w:t>
            </w:r>
            <w:r>
              <w:lastRenderedPageBreak/>
              <w:t>geograph</w:t>
            </w:r>
            <w:r>
              <w:t>ical findings</w:t>
            </w:r>
          </w:p>
        </w:tc>
      </w:tr>
    </w:tbl>
    <w:p w14:paraId="0229A3E2" w14:textId="77777777" w:rsidR="00721B9B" w:rsidRDefault="00721B9B">
      <w:pPr>
        <w:spacing w:after="20"/>
        <w:rPr>
          <w:rFonts w:hint="eastAsia"/>
        </w:rPr>
      </w:pPr>
    </w:p>
    <w:p w14:paraId="1280CE46" w14:textId="77777777" w:rsidR="00721B9B" w:rsidRDefault="005E4595">
      <w:pPr>
        <w:pStyle w:val="Heading1"/>
      </w:pPr>
      <w:r>
        <w:t>Possible Local Fieldwork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77"/>
        <w:gridCol w:w="4388"/>
        <w:gridCol w:w="3237"/>
      </w:tblGrid>
      <w:tr w:rsidR="00721B9B" w14:paraId="7EDC8800" w14:textId="77777777">
        <w:trPr>
          <w:jc w:val="center"/>
        </w:trPr>
        <w:tc>
          <w:tcPr>
            <w:tcW w:w="2880" w:type="dxa"/>
            <w:shd w:val="clear" w:color="auto" w:fill="D9EAF7"/>
            <w:vAlign w:val="center"/>
          </w:tcPr>
          <w:p w14:paraId="72761D9C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Location / Setting</w:t>
            </w:r>
          </w:p>
        </w:tc>
        <w:tc>
          <w:tcPr>
            <w:tcW w:w="4392" w:type="dxa"/>
            <w:shd w:val="clear" w:color="auto" w:fill="D9EAF7"/>
            <w:vAlign w:val="center"/>
          </w:tcPr>
          <w:p w14:paraId="385AD3C5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What pupils can investigate</w:t>
            </w:r>
          </w:p>
        </w:tc>
        <w:tc>
          <w:tcPr>
            <w:tcW w:w="3240" w:type="dxa"/>
            <w:shd w:val="clear" w:color="auto" w:fill="D9EAF7"/>
            <w:vAlign w:val="center"/>
          </w:tcPr>
          <w:p w14:paraId="0F7B0E34" w14:textId="77777777" w:rsidR="00721B9B" w:rsidRDefault="005E4595">
            <w:pPr>
              <w:rPr>
                <w:rFonts w:hint="eastAsia"/>
              </w:rPr>
            </w:pPr>
            <w:r>
              <w:rPr>
                <w:b/>
              </w:rPr>
              <w:t>Concepts &amp; skills practised</w:t>
            </w:r>
          </w:p>
        </w:tc>
      </w:tr>
      <w:tr w:rsidR="00721B9B" w14:paraId="2579BB52" w14:textId="77777777">
        <w:trPr>
          <w:jc w:val="center"/>
        </w:trPr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5A6128" w14:textId="77777777" w:rsidR="00721B9B" w:rsidRDefault="005E4595">
            <w:pPr>
              <w:rPr>
                <w:rFonts w:hint="eastAsia"/>
              </w:rPr>
            </w:pPr>
            <w:r>
              <w:t>Bromesberrow school and village walk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4E30CB" w14:textId="77777777" w:rsidR="00721B9B" w:rsidRDefault="005E4595">
            <w:pPr>
              <w:rPr>
                <w:rFonts w:hint="eastAsia"/>
              </w:rPr>
            </w:pPr>
            <w:r>
              <w:t xml:space="preserve">Observe village/countryside features close to school; identify buildings, roads, fields, trees and </w:t>
            </w:r>
            <w:r>
              <w:t>routes.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B2BFED" w14:textId="77777777" w:rsidR="00721B9B" w:rsidRDefault="005E4595">
            <w:pPr>
              <w:rPr>
                <w:rFonts w:hint="eastAsia"/>
              </w:rPr>
            </w:pPr>
            <w:r>
              <w:t>Observation; human/physical features; sketch mapping; positional language.</w:t>
            </w:r>
          </w:p>
        </w:tc>
      </w:tr>
      <w:tr w:rsidR="00721B9B" w14:paraId="5A3C4A09" w14:textId="77777777">
        <w:trPr>
          <w:jc w:val="center"/>
        </w:trPr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13F28F" w14:textId="77777777" w:rsidR="00721B9B" w:rsidRDefault="005E4595">
            <w:pPr>
              <w:rPr>
                <w:rFonts w:hint="eastAsia"/>
              </w:rPr>
            </w:pPr>
            <w:r>
              <w:t>Local countryside / footpath study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D3382" w14:textId="77777777" w:rsidR="00721B9B" w:rsidRDefault="005E4595">
            <w:pPr>
              <w:rPr>
                <w:rFonts w:hint="eastAsia"/>
              </w:rPr>
            </w:pPr>
            <w:r>
              <w:t>Notice land use, field boundaries, vegetation and views; undertake simple tallies/sketches.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BE0114" w14:textId="77777777" w:rsidR="00721B9B" w:rsidRDefault="005E4595">
            <w:pPr>
              <w:rPr>
                <w:rFonts w:hint="eastAsia"/>
              </w:rPr>
            </w:pPr>
            <w:r>
              <w:t>Fieldwork; environment; land use; recording.</w:t>
            </w:r>
          </w:p>
        </w:tc>
      </w:tr>
      <w:tr w:rsidR="00721B9B" w14:paraId="448D7019" w14:textId="77777777">
        <w:trPr>
          <w:jc w:val="center"/>
        </w:trPr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F11927" w14:textId="77777777" w:rsidR="00721B9B" w:rsidRDefault="005E4595">
            <w:pPr>
              <w:rPr>
                <w:rFonts w:hint="eastAsia"/>
              </w:rPr>
            </w:pPr>
            <w:r>
              <w:t>Ledbury town study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5EDDDD" w14:textId="77777777" w:rsidR="00721B9B" w:rsidRDefault="005E4595">
            <w:pPr>
              <w:rPr>
                <w:rFonts w:hint="eastAsia"/>
              </w:rPr>
            </w:pPr>
            <w:r>
              <w:t>Compare with Bromesberrow by observing town-centre buildings, shops/services, roads and green spaces.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7221F4" w14:textId="77777777" w:rsidR="00721B9B" w:rsidRDefault="005E4595">
            <w:pPr>
              <w:rPr>
                <w:rFonts w:hint="eastAsia"/>
              </w:rPr>
            </w:pPr>
            <w:r>
              <w:t>Place comparison; settlement; mapping; human geography.</w:t>
            </w:r>
          </w:p>
        </w:tc>
      </w:tr>
      <w:tr w:rsidR="00721B9B" w14:paraId="2B89120E" w14:textId="77777777">
        <w:trPr>
          <w:jc w:val="center"/>
        </w:trPr>
        <w:tc>
          <w:tcPr>
            <w:tcW w:w="2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123C7D" w14:textId="77777777" w:rsidR="00721B9B" w:rsidRDefault="005E4595">
            <w:pPr>
              <w:rPr>
                <w:rFonts w:hint="eastAsia"/>
              </w:rPr>
            </w:pPr>
            <w:r>
              <w:t>Digital/aerial mapping in school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72CE0" w14:textId="77777777" w:rsidR="00721B9B" w:rsidRDefault="005E4595">
            <w:pPr>
              <w:rPr>
                <w:rFonts w:hint="eastAsia"/>
              </w:rPr>
            </w:pPr>
            <w:r>
              <w:t>View Bromesberrow and Ledbury from above and</w:t>
            </w:r>
            <w:r>
              <w:t xml:space="preserve"> trace a simple route between familiar places.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716053" w14:textId="77777777" w:rsidR="00721B9B" w:rsidRDefault="005E4595">
            <w:pPr>
              <w:rPr>
                <w:rFonts w:hint="eastAsia"/>
              </w:rPr>
            </w:pPr>
            <w:r>
              <w:t>Aerial view; map; symbols; key; direction; relative location.</w:t>
            </w:r>
          </w:p>
        </w:tc>
      </w:tr>
    </w:tbl>
    <w:p w14:paraId="44866044" w14:textId="77777777" w:rsidR="00721B9B" w:rsidRDefault="00721B9B">
      <w:pPr>
        <w:spacing w:after="20"/>
        <w:rPr>
          <w:rFonts w:hint="eastAsia"/>
        </w:rPr>
      </w:pPr>
    </w:p>
    <w:p w14:paraId="7227E33C" w14:textId="77777777" w:rsidR="00721B9B" w:rsidRDefault="005E4595">
      <w:pPr>
        <w:pStyle w:val="Heading1"/>
      </w:pPr>
      <w:r>
        <w:t>Progression Across the Three Years</w:t>
      </w:r>
    </w:p>
    <w:p w14:paraId="7F4564BC" w14:textId="77777777" w:rsidR="00721B9B" w:rsidRDefault="005E4595">
      <w:pPr>
        <w:rPr>
          <w:rFonts w:hint="eastAsia"/>
        </w:rPr>
      </w:pPr>
      <w:r>
        <w:rPr>
          <w:b/>
        </w:rPr>
        <w:t xml:space="preserve">Understanding place: </w:t>
      </w:r>
      <w:r>
        <w:t>Reception: describe familiar places.  Year 1: identify what makes Bromesberrow/Ledbury di</w:t>
      </w:r>
      <w:r>
        <w:t>stinctive.  Year 2: explain and compare places using human/physical features and land use.</w:t>
      </w:r>
    </w:p>
    <w:p w14:paraId="24368EE3" w14:textId="77777777" w:rsidR="00721B9B" w:rsidRDefault="005E4595">
      <w:pPr>
        <w:rPr>
          <w:rFonts w:hint="eastAsia"/>
        </w:rPr>
      </w:pPr>
      <w:r>
        <w:rPr>
          <w:b/>
        </w:rPr>
        <w:t xml:space="preserve">Using maps: </w:t>
      </w:r>
      <w:r>
        <w:t>Reception: follow simple picture maps and positional language.  Year 1: use a simple map, symbols and key.  Year 2: use aerial photographs, compass point</w:t>
      </w:r>
      <w:r>
        <w:t>s and annotated sketch maps.</w:t>
      </w:r>
    </w:p>
    <w:p w14:paraId="5C14676A" w14:textId="77777777" w:rsidR="00721B9B" w:rsidRDefault="005E4595">
      <w:pPr>
        <w:rPr>
          <w:rFonts w:hint="eastAsia"/>
        </w:rPr>
      </w:pPr>
      <w:r>
        <w:rPr>
          <w:b/>
        </w:rPr>
        <w:t xml:space="preserve">Fieldwork: </w:t>
      </w:r>
      <w:r>
        <w:t>Reception: notice and talk about features.  Year 1: identify and tally features.  Year 2: undertake a simple enquiry, record evidence and draw conclusions.</w:t>
      </w:r>
    </w:p>
    <w:p w14:paraId="15D03C41" w14:textId="77777777" w:rsidR="00721B9B" w:rsidRDefault="005E4595">
      <w:pPr>
        <w:rPr>
          <w:rFonts w:hint="eastAsia"/>
        </w:rPr>
      </w:pPr>
      <w:r>
        <w:rPr>
          <w:b/>
        </w:rPr>
        <w:t xml:space="preserve">Local to national understanding: </w:t>
      </w:r>
      <w:r>
        <w:t>Reception: know home and sc</w:t>
      </w:r>
      <w:r>
        <w:t>hool are in a wider place.  Year 1: know the local area is in England and the UK.  Year 2: describe the local area’s relative location and connect local settlements to a wider map.</w:t>
      </w:r>
    </w:p>
    <w:p w14:paraId="70A44EEB" w14:textId="77777777" w:rsidR="00721B9B" w:rsidRDefault="005E4595">
      <w:pPr>
        <w:rPr>
          <w:rFonts w:hint="eastAsia"/>
        </w:rPr>
      </w:pPr>
      <w:r>
        <w:rPr>
          <w:b/>
        </w:rPr>
        <w:t xml:space="preserve">Comparison and change: </w:t>
      </w:r>
      <w:r>
        <w:t xml:space="preserve">Reception: notice same/different.  Year 1: </w:t>
      </w:r>
      <w:r>
        <w:t>compare village and town.  Year 2: explain differences and recognise change using maps/photographs.</w:t>
      </w:r>
    </w:p>
    <w:p w14:paraId="6A748E3F" w14:textId="77777777" w:rsidR="00721B9B" w:rsidRDefault="005E4595">
      <w:pPr>
        <w:pStyle w:val="Heading1"/>
      </w:pPr>
      <w:r>
        <w:t>Suggested End Points</w:t>
      </w:r>
    </w:p>
    <w:p w14:paraId="1481F0EA" w14:textId="77777777" w:rsidR="00721B9B" w:rsidRDefault="005E4595">
      <w:pPr>
        <w:pStyle w:val="ListBullet"/>
        <w:rPr>
          <w:rFonts w:hint="eastAsia"/>
        </w:rPr>
      </w:pPr>
      <w:r>
        <w:rPr>
          <w:b/>
        </w:rPr>
        <w:t xml:space="preserve">Reception: </w:t>
      </w:r>
      <w:r>
        <w:t>I can talk about where I live and go to school, name things I see nearby, and use simple words such as near, far, road, fiel</w:t>
      </w:r>
      <w:r>
        <w:t>d and map.</w:t>
      </w:r>
    </w:p>
    <w:p w14:paraId="5803F54E" w14:textId="77777777" w:rsidR="00721B9B" w:rsidRDefault="005E4595">
      <w:pPr>
        <w:pStyle w:val="ListBullet"/>
        <w:rPr>
          <w:rFonts w:hint="eastAsia"/>
        </w:rPr>
      </w:pPr>
      <w:r>
        <w:rPr>
          <w:b/>
        </w:rPr>
        <w:t xml:space="preserve">Year 1: </w:t>
      </w:r>
      <w:r>
        <w:t>I can locate England and the UK, describe Bromesberrow/Ledbury using human and physical features, and use a simple map with symbols and a key.</w:t>
      </w:r>
    </w:p>
    <w:p w14:paraId="2AE6A94C" w14:textId="77777777" w:rsidR="00721B9B" w:rsidRDefault="005E4595">
      <w:pPr>
        <w:pStyle w:val="ListBullet"/>
        <w:rPr>
          <w:rFonts w:hint="eastAsia"/>
        </w:rPr>
      </w:pPr>
      <w:r>
        <w:rPr>
          <w:b/>
        </w:rPr>
        <w:t xml:space="preserve">Year 2: </w:t>
      </w:r>
      <w:r>
        <w:t xml:space="preserve">I can use maps, aerial photographs and compass directions to describe the local </w:t>
      </w:r>
      <w:r>
        <w:t>area, compare Bromesberrow with Ledbury, and explain simple patterns of land use and change.</w:t>
      </w:r>
    </w:p>
    <w:sectPr w:rsidR="00721B9B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4595"/>
    <w:rsid w:val="00721B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BD5441"/>
  <w14:defaultImageDpi w14:val="300"/>
  <w15:docId w15:val="{B706AD5A-FAD0-4F4E-A679-B86C88438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472C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0AD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472C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Oakes</dc:creator>
  <cp:keywords/>
  <dc:description>generated by python-docx</dc:description>
  <cp:lastModifiedBy>SENCo</cp:lastModifiedBy>
  <cp:revision>2</cp:revision>
  <dcterms:created xsi:type="dcterms:W3CDTF">2026-10-18T18:43:00Z</dcterms:created>
  <dcterms:modified xsi:type="dcterms:W3CDTF">2026-10-18T18:43:00Z</dcterms:modified>
  <cp:category/>
</cp:coreProperties>
</file>