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5C4831" w14:textId="77777777" w:rsidR="00B439AE" w:rsidRDefault="00825499">
      <w:pPr>
        <w:pStyle w:val="Title"/>
        <w:jc w:val="center"/>
      </w:pPr>
      <w:r>
        <w:t>Bromesberrow St Mary's Geography Curriculum</w:t>
      </w:r>
      <w:r>
        <w:br/>
        <w:t>Year 3 and Year 4</w:t>
      </w:r>
    </w:p>
    <w:p w14:paraId="774A42EF" w14:textId="77777777" w:rsidR="00B439AE" w:rsidRPr="00825499" w:rsidRDefault="00825499">
      <w:pPr>
        <w:jc w:val="center"/>
        <w:rPr>
          <w:rFonts w:hint="eastAsia"/>
          <w:color w:val="FF0000"/>
          <w:sz w:val="22"/>
          <w:szCs w:val="28"/>
        </w:rPr>
      </w:pPr>
      <w:r w:rsidRPr="00825499">
        <w:rPr>
          <w:b/>
          <w:color w:val="FF0000"/>
          <w:sz w:val="36"/>
          <w:szCs w:val="28"/>
        </w:rPr>
        <w:t>What are rivers and how are they used?</w:t>
      </w:r>
    </w:p>
    <w:p w14:paraId="76F6C16F" w14:textId="77777777" w:rsidR="00B439AE" w:rsidRPr="00825499" w:rsidRDefault="00825499">
      <w:pPr>
        <w:jc w:val="center"/>
        <w:rPr>
          <w:rFonts w:hint="eastAsia"/>
          <w:iCs/>
          <w:sz w:val="20"/>
          <w:szCs w:val="24"/>
        </w:rPr>
      </w:pPr>
      <w:r w:rsidRPr="00825499">
        <w:rPr>
          <w:iCs/>
          <w:sz w:val="20"/>
          <w:szCs w:val="24"/>
        </w:rPr>
        <w:t>Local case studies: River Leadon and River Severn</w:t>
      </w:r>
    </w:p>
    <w:p w14:paraId="7367ADD7" w14:textId="77777777" w:rsidR="00B439AE" w:rsidRDefault="00825499">
      <w:pPr>
        <w:pStyle w:val="Heading1"/>
      </w:pPr>
      <w:r>
        <w:t>National Curriculum Objectives (Key Stage 2)</w:t>
      </w:r>
    </w:p>
    <w:p w14:paraId="6B850E4F" w14:textId="77777777" w:rsidR="00B439AE" w:rsidRDefault="00825499">
      <w:pPr>
        <w:pStyle w:val="ListBullet"/>
        <w:rPr>
          <w:rFonts w:hint="eastAsia"/>
        </w:rPr>
      </w:pPr>
      <w:r w:rsidRPr="00825499">
        <w:rPr>
          <w:b/>
          <w:bCs/>
          <w:sz w:val="20"/>
          <w:szCs w:val="24"/>
        </w:rPr>
        <w:t xml:space="preserve">Locational knowledge: </w:t>
      </w:r>
      <w:r>
        <w:t xml:space="preserve">Name and locate counties and </w:t>
      </w:r>
      <w:r>
        <w:t>cities of the United Kingdom, geographical regions and key topographical features, including rivers, and understand how aspects have changed over time.</w:t>
      </w:r>
    </w:p>
    <w:p w14:paraId="6A82DA9E" w14:textId="77777777" w:rsidR="00B439AE" w:rsidRDefault="00825499">
      <w:pPr>
        <w:pStyle w:val="ListBullet"/>
        <w:rPr>
          <w:rFonts w:hint="eastAsia"/>
        </w:rPr>
      </w:pPr>
      <w:r w:rsidRPr="00825499">
        <w:rPr>
          <w:b/>
          <w:bCs/>
          <w:sz w:val="20"/>
          <w:szCs w:val="24"/>
        </w:rPr>
        <w:t>Human and physical geography:</w:t>
      </w:r>
      <w:r w:rsidRPr="00825499">
        <w:rPr>
          <w:sz w:val="20"/>
          <w:szCs w:val="24"/>
        </w:rPr>
        <w:t xml:space="preserve"> </w:t>
      </w:r>
      <w:r>
        <w:t>Describe and understand key aspects of physical geography including rivers</w:t>
      </w:r>
      <w:r>
        <w:t xml:space="preserve"> and the water cycle.</w:t>
      </w:r>
    </w:p>
    <w:p w14:paraId="3909CB39" w14:textId="77777777" w:rsidR="00B439AE" w:rsidRDefault="00825499">
      <w:pPr>
        <w:pStyle w:val="ListBullet"/>
        <w:rPr>
          <w:rFonts w:hint="eastAsia"/>
        </w:rPr>
      </w:pPr>
      <w:r w:rsidRPr="00825499">
        <w:rPr>
          <w:b/>
          <w:bCs/>
          <w:sz w:val="20"/>
          <w:szCs w:val="24"/>
        </w:rPr>
        <w:t>Human geography:</w:t>
      </w:r>
      <w:r>
        <w:t xml:space="preserve"> Understand types of settlement and land use, economic activity and the distribution of natural resources, including water.</w:t>
      </w:r>
    </w:p>
    <w:p w14:paraId="47C60BCB" w14:textId="77777777" w:rsidR="00B439AE" w:rsidRDefault="00825499">
      <w:pPr>
        <w:pStyle w:val="ListBullet"/>
        <w:rPr>
          <w:rFonts w:hint="eastAsia"/>
        </w:rPr>
      </w:pPr>
      <w:r w:rsidRPr="00825499">
        <w:rPr>
          <w:b/>
          <w:bCs/>
          <w:sz w:val="20"/>
          <w:szCs w:val="24"/>
        </w:rPr>
        <w:t>Geographical skills and fieldwork:</w:t>
      </w:r>
      <w:r w:rsidRPr="00825499">
        <w:rPr>
          <w:sz w:val="20"/>
          <w:szCs w:val="24"/>
        </w:rPr>
        <w:t xml:space="preserve"> </w:t>
      </w:r>
      <w:r>
        <w:t xml:space="preserve">Use maps, atlases, globes and digital mapping; use compass </w:t>
      </w:r>
      <w:r>
        <w:t>points, grid references, symbols and keys; observe, measure, record and present geographical information through fieldwork.</w:t>
      </w:r>
    </w:p>
    <w:p w14:paraId="13BF4C88" w14:textId="7D01B7AF" w:rsidR="00B439AE" w:rsidRDefault="00825499">
      <w:pPr>
        <w:pStyle w:val="Heading1"/>
      </w:pPr>
      <w:r>
        <w:t xml:space="preserve">Key Substantive Concepts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037"/>
        <w:gridCol w:w="3690"/>
        <w:gridCol w:w="3775"/>
      </w:tblGrid>
      <w:tr w:rsidR="00B439AE" w14:paraId="606CD445" w14:textId="77777777">
        <w:trPr>
          <w:jc w:val="center"/>
        </w:trPr>
        <w:tc>
          <w:tcPr>
            <w:tcW w:w="3504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CE7B275" w14:textId="77777777" w:rsidR="00B439AE" w:rsidRDefault="00825499">
            <w:pPr>
              <w:rPr>
                <w:rFonts w:hint="eastAsia"/>
              </w:rPr>
            </w:pPr>
            <w:r>
              <w:rPr>
                <w:b/>
              </w:rPr>
              <w:t>Concept</w:t>
            </w:r>
          </w:p>
        </w:tc>
        <w:tc>
          <w:tcPr>
            <w:tcW w:w="3504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FB5FD0F" w14:textId="77777777" w:rsidR="00B439AE" w:rsidRDefault="00825499">
            <w:pPr>
              <w:rPr>
                <w:rFonts w:hint="eastAsia"/>
              </w:rPr>
            </w:pPr>
            <w:r>
              <w:rPr>
                <w:b/>
              </w:rPr>
              <w:t>Year 3</w:t>
            </w:r>
          </w:p>
        </w:tc>
        <w:tc>
          <w:tcPr>
            <w:tcW w:w="3504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3B9F807" w14:textId="77777777" w:rsidR="00B439AE" w:rsidRDefault="00825499">
            <w:pPr>
              <w:rPr>
                <w:rFonts w:hint="eastAsia"/>
              </w:rPr>
            </w:pPr>
            <w:r>
              <w:rPr>
                <w:b/>
              </w:rPr>
              <w:t>Year 4</w:t>
            </w:r>
          </w:p>
        </w:tc>
      </w:tr>
      <w:tr w:rsidR="00B439AE" w14:paraId="53D09D54" w14:textId="77777777">
        <w:trPr>
          <w:jc w:val="center"/>
        </w:trPr>
        <w:tc>
          <w:tcPr>
            <w:tcW w:w="18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A184FF4" w14:textId="77777777" w:rsidR="00B439AE" w:rsidRDefault="00825499">
            <w:pPr>
              <w:rPr>
                <w:rFonts w:hint="eastAsia"/>
              </w:rPr>
            </w:pPr>
            <w:r>
              <w:t>Location</w:t>
            </w:r>
          </w:p>
        </w:tc>
        <w:tc>
          <w:tcPr>
            <w:tcW w:w="43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1C02B45" w14:textId="77777777" w:rsidR="00B439AE" w:rsidRDefault="00825499">
            <w:pPr>
              <w:rPr>
                <w:rFonts w:hint="eastAsia"/>
              </w:rPr>
            </w:pPr>
            <w:r>
              <w:t>Locate the River Leadon and River Severn on maps; ident</w:t>
            </w:r>
            <w:r>
              <w:t>ify source and mouth; locate selected UK/world rivers.</w:t>
            </w:r>
          </w:p>
        </w:tc>
        <w:tc>
          <w:tcPr>
            <w:tcW w:w="43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48B18F" w14:textId="77777777" w:rsidR="00B439AE" w:rsidRDefault="00825499">
            <w:pPr>
              <w:rPr>
                <w:rFonts w:hint="eastAsia"/>
              </w:rPr>
            </w:pPr>
            <w:r>
              <w:t>Describe river locations more precisely using counties/regions, compass directions and map evidence; connect rivers to seas/estuaries.</w:t>
            </w:r>
          </w:p>
        </w:tc>
      </w:tr>
      <w:tr w:rsidR="00B439AE" w14:paraId="5B5AF5AD" w14:textId="77777777">
        <w:trPr>
          <w:jc w:val="center"/>
        </w:trPr>
        <w:tc>
          <w:tcPr>
            <w:tcW w:w="18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5308C51" w14:textId="77777777" w:rsidR="00B439AE" w:rsidRDefault="00825499">
            <w:pPr>
              <w:rPr>
                <w:rFonts w:hint="eastAsia"/>
              </w:rPr>
            </w:pPr>
            <w:r>
              <w:t>Place</w:t>
            </w:r>
          </w:p>
        </w:tc>
        <w:tc>
          <w:tcPr>
            <w:tcW w:w="43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283A903" w14:textId="77777777" w:rsidR="00B439AE" w:rsidRDefault="00825499">
            <w:pPr>
              <w:rPr>
                <w:rFonts w:hint="eastAsia"/>
              </w:rPr>
            </w:pPr>
            <w:r>
              <w:t xml:space="preserve">Describe what a river environment is like and </w:t>
            </w:r>
            <w:r>
              <w:t>recognise features along its course.</w:t>
            </w:r>
          </w:p>
        </w:tc>
        <w:tc>
          <w:tcPr>
            <w:tcW w:w="43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F7AAA8" w14:textId="77777777" w:rsidR="00B439AE" w:rsidRDefault="00825499">
            <w:pPr>
              <w:rPr>
                <w:rFonts w:hint="eastAsia"/>
              </w:rPr>
            </w:pPr>
            <w:r>
              <w:t>Explain how a river creates distinctive places and compare stretches of rivers or two river environments.</w:t>
            </w:r>
          </w:p>
        </w:tc>
      </w:tr>
      <w:tr w:rsidR="00B439AE" w14:paraId="2EA76C9F" w14:textId="77777777">
        <w:trPr>
          <w:jc w:val="center"/>
        </w:trPr>
        <w:tc>
          <w:tcPr>
            <w:tcW w:w="18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B8FD76C" w14:textId="77777777" w:rsidR="00B439AE" w:rsidRDefault="00825499">
            <w:pPr>
              <w:rPr>
                <w:rFonts w:hint="eastAsia"/>
              </w:rPr>
            </w:pPr>
            <w:r>
              <w:t>Environment</w:t>
            </w:r>
          </w:p>
        </w:tc>
        <w:tc>
          <w:tcPr>
            <w:tcW w:w="43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8482173" w14:textId="77777777" w:rsidR="00B439AE" w:rsidRDefault="00825499">
            <w:pPr>
              <w:rPr>
                <w:rFonts w:hint="eastAsia"/>
              </w:rPr>
            </w:pPr>
            <w:r>
              <w:t>Recognise that rivers are freshwater environments and part of the water cycle.</w:t>
            </w:r>
          </w:p>
        </w:tc>
        <w:tc>
          <w:tcPr>
            <w:tcW w:w="43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238231A" w14:textId="77777777" w:rsidR="00B439AE" w:rsidRDefault="00825499">
            <w:pPr>
              <w:rPr>
                <w:rFonts w:hint="eastAsia"/>
              </w:rPr>
            </w:pPr>
            <w:r>
              <w:t xml:space="preserve">Explain interactions </w:t>
            </w:r>
            <w:r>
              <w:t>between river processes, habitats, land use and human activity; consider river care/conservation.</w:t>
            </w:r>
          </w:p>
        </w:tc>
      </w:tr>
      <w:tr w:rsidR="00B439AE" w14:paraId="0636B8B3" w14:textId="77777777">
        <w:trPr>
          <w:jc w:val="center"/>
        </w:trPr>
        <w:tc>
          <w:tcPr>
            <w:tcW w:w="18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7FED0DF" w14:textId="77777777" w:rsidR="00B439AE" w:rsidRDefault="00825499">
            <w:pPr>
              <w:rPr>
                <w:rFonts w:hint="eastAsia"/>
              </w:rPr>
            </w:pPr>
            <w:r>
              <w:t>Change</w:t>
            </w:r>
          </w:p>
        </w:tc>
        <w:tc>
          <w:tcPr>
            <w:tcW w:w="43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59FF54C" w14:textId="77777777" w:rsidR="00B439AE" w:rsidRDefault="00825499">
            <w:pPr>
              <w:rPr>
                <w:rFonts w:hint="eastAsia"/>
              </w:rPr>
            </w:pPr>
            <w:r>
              <w:t>Recognise that rivers change from source to mouth and can change the landscape.</w:t>
            </w:r>
          </w:p>
        </w:tc>
        <w:tc>
          <w:tcPr>
            <w:tcW w:w="43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49228DE" w14:textId="77777777" w:rsidR="00B439AE" w:rsidRDefault="00825499">
            <w:pPr>
              <w:rPr>
                <w:rFonts w:hint="eastAsia"/>
              </w:rPr>
            </w:pPr>
            <w:r>
              <w:t>Explain how erosion, transportation and deposition alter river channel</w:t>
            </w:r>
            <w:r>
              <w:t>s and landforms over time.</w:t>
            </w:r>
          </w:p>
        </w:tc>
      </w:tr>
      <w:tr w:rsidR="00B439AE" w14:paraId="40BAF46A" w14:textId="77777777">
        <w:trPr>
          <w:jc w:val="center"/>
        </w:trPr>
        <w:tc>
          <w:tcPr>
            <w:tcW w:w="18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C585BA7" w14:textId="77777777" w:rsidR="00B439AE" w:rsidRDefault="00825499">
            <w:pPr>
              <w:rPr>
                <w:rFonts w:hint="eastAsia"/>
              </w:rPr>
            </w:pPr>
            <w:r>
              <w:t>Physical &amp; Human</w:t>
            </w:r>
          </w:p>
        </w:tc>
        <w:tc>
          <w:tcPr>
            <w:tcW w:w="43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C11173" w14:textId="77777777" w:rsidR="00B439AE" w:rsidRDefault="00825499">
            <w:pPr>
              <w:rPr>
                <w:rFonts w:hint="eastAsia"/>
              </w:rPr>
            </w:pPr>
            <w:r>
              <w:t>Identify physical river features and human uses such as water supply, farming, leisure and transport.</w:t>
            </w:r>
          </w:p>
        </w:tc>
        <w:tc>
          <w:tcPr>
            <w:tcW w:w="43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DC74550" w14:textId="77777777" w:rsidR="00B439AE" w:rsidRDefault="00825499">
            <w:pPr>
              <w:rPr>
                <w:rFonts w:hint="eastAsia"/>
              </w:rPr>
            </w:pPr>
            <w:r>
              <w:t>Explain relationships between river processes and human use, including benefits, pressures and possible flood</w:t>
            </w:r>
            <w:r>
              <w:t xml:space="preserve"> management.</w:t>
            </w:r>
          </w:p>
        </w:tc>
      </w:tr>
      <w:tr w:rsidR="00B439AE" w14:paraId="178611EA" w14:textId="77777777">
        <w:trPr>
          <w:jc w:val="center"/>
        </w:trPr>
        <w:tc>
          <w:tcPr>
            <w:tcW w:w="187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F3F64FE" w14:textId="77777777" w:rsidR="00B439AE" w:rsidRDefault="00825499">
            <w:pPr>
              <w:rPr>
                <w:rFonts w:hint="eastAsia"/>
              </w:rPr>
            </w:pPr>
            <w:r>
              <w:t>Culture / Interconnection</w:t>
            </w:r>
          </w:p>
        </w:tc>
        <w:tc>
          <w:tcPr>
            <w:tcW w:w="43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E123FFD" w14:textId="77777777" w:rsidR="00B439AE" w:rsidRDefault="00825499">
            <w:pPr>
              <w:rPr>
                <w:rFonts w:hint="eastAsia"/>
              </w:rPr>
            </w:pPr>
            <w:r>
              <w:t>Recognise that rivers are important to communities and settlements.</w:t>
            </w:r>
          </w:p>
        </w:tc>
        <w:tc>
          <w:tcPr>
            <w:tcW w:w="43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D2D8CF9" w14:textId="77777777" w:rsidR="00B439AE" w:rsidRDefault="00825499">
            <w:pPr>
              <w:rPr>
                <w:rFonts w:hint="eastAsia"/>
              </w:rPr>
            </w:pPr>
            <w:r>
              <w:t>Explain why settlements and activities develop near rivers and how rivers connect places and people.</w:t>
            </w:r>
          </w:p>
        </w:tc>
      </w:tr>
    </w:tbl>
    <w:p w14:paraId="0D69EF3D" w14:textId="77777777" w:rsidR="00B439AE" w:rsidRDefault="00B439AE">
      <w:pPr>
        <w:rPr>
          <w:rFonts w:hint="eastAsia"/>
        </w:rPr>
      </w:pPr>
    </w:p>
    <w:p w14:paraId="340BB799" w14:textId="77777777" w:rsidR="00B439AE" w:rsidRDefault="00825499">
      <w:pPr>
        <w:pStyle w:val="Heading1"/>
      </w:pPr>
      <w:r>
        <w:t xml:space="preserve">Vocabulary / Terminology </w:t>
      </w:r>
      <w:r>
        <w:t>Progression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833"/>
        <w:gridCol w:w="3474"/>
        <w:gridCol w:w="4195"/>
      </w:tblGrid>
      <w:tr w:rsidR="00B439AE" w14:paraId="3813BD9C" w14:textId="77777777">
        <w:trPr>
          <w:jc w:val="center"/>
        </w:trPr>
        <w:tc>
          <w:tcPr>
            <w:tcW w:w="3504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08F4A83" w14:textId="77777777" w:rsidR="00B439AE" w:rsidRDefault="00825499">
            <w:pPr>
              <w:rPr>
                <w:rFonts w:hint="eastAsia"/>
              </w:rPr>
            </w:pPr>
            <w:r>
              <w:rPr>
                <w:b/>
              </w:rPr>
              <w:t>Year</w:t>
            </w:r>
          </w:p>
        </w:tc>
        <w:tc>
          <w:tcPr>
            <w:tcW w:w="3504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42A6CF0" w14:textId="77777777" w:rsidR="00B439AE" w:rsidRDefault="00825499">
            <w:pPr>
              <w:rPr>
                <w:rFonts w:hint="eastAsia"/>
              </w:rPr>
            </w:pPr>
            <w:r>
              <w:rPr>
                <w:b/>
              </w:rPr>
              <w:t>Everyday / Supporting Words</w:t>
            </w:r>
          </w:p>
        </w:tc>
        <w:tc>
          <w:tcPr>
            <w:tcW w:w="3504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AA21BDC" w14:textId="45F0B959" w:rsidR="00B439AE" w:rsidRDefault="00825499">
            <w:pPr>
              <w:rPr>
                <w:rFonts w:hint="eastAsia"/>
              </w:rPr>
            </w:pPr>
            <w:r>
              <w:rPr>
                <w:b/>
              </w:rPr>
              <w:t xml:space="preserve">Geography-specific </w:t>
            </w:r>
            <w:r>
              <w:rPr>
                <w:b/>
              </w:rPr>
              <w:t>Words</w:t>
            </w:r>
          </w:p>
        </w:tc>
      </w:tr>
      <w:tr w:rsidR="00B439AE" w14:paraId="07CCE80A" w14:textId="77777777">
        <w:trPr>
          <w:jc w:val="center"/>
        </w:trPr>
        <w:tc>
          <w:tcPr>
            <w:tcW w:w="14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85DD8B8" w14:textId="77777777" w:rsidR="00B439AE" w:rsidRDefault="00825499">
            <w:pPr>
              <w:rPr>
                <w:rFonts w:hint="eastAsia"/>
              </w:rPr>
            </w:pPr>
            <w:r>
              <w:t>Year 3</w:t>
            </w:r>
          </w:p>
        </w:tc>
        <w:tc>
          <w:tcPr>
            <w:tcW w:w="417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34FFCE2" w14:textId="77777777" w:rsidR="00B439AE" w:rsidRDefault="00825499">
            <w:pPr>
              <w:rPr>
                <w:rFonts w:hint="eastAsia"/>
              </w:rPr>
            </w:pPr>
            <w:r>
              <w:t>river, stream, hill, valley, water, rain, bank, bridge, flood</w:t>
            </w:r>
          </w:p>
        </w:tc>
        <w:tc>
          <w:tcPr>
            <w:tcW w:w="50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EA55579" w14:textId="77777777" w:rsidR="00B439AE" w:rsidRDefault="00825499">
            <w:pPr>
              <w:rPr>
                <w:rFonts w:hint="eastAsia"/>
              </w:rPr>
            </w:pPr>
            <w:r>
              <w:t>source, mouth, tributary, channel, confluence, upper course, middle course, lower course, water cycle, evap</w:t>
            </w:r>
            <w:r>
              <w:t>oration, condensation, precipitation</w:t>
            </w:r>
          </w:p>
        </w:tc>
      </w:tr>
      <w:tr w:rsidR="00B439AE" w14:paraId="6D28D697" w14:textId="77777777">
        <w:trPr>
          <w:jc w:val="center"/>
        </w:trPr>
        <w:tc>
          <w:tcPr>
            <w:tcW w:w="14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AEE7C62" w14:textId="77777777" w:rsidR="00B439AE" w:rsidRDefault="00825499">
            <w:pPr>
              <w:rPr>
                <w:rFonts w:hint="eastAsia"/>
              </w:rPr>
            </w:pPr>
            <w:r>
              <w:lastRenderedPageBreak/>
              <w:t>Year 4</w:t>
            </w:r>
          </w:p>
        </w:tc>
        <w:tc>
          <w:tcPr>
            <w:tcW w:w="417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A2690A6" w14:textId="77777777" w:rsidR="00B439AE" w:rsidRDefault="00825499">
            <w:pPr>
              <w:rPr>
                <w:rFonts w:hint="eastAsia"/>
              </w:rPr>
            </w:pPr>
            <w:r>
              <w:t>flow, steep, gentle, wider, deeper, fast, slow, change, use</w:t>
            </w:r>
          </w:p>
        </w:tc>
        <w:tc>
          <w:tcPr>
            <w:tcW w:w="50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487EA01" w14:textId="77777777" w:rsidR="00B439AE" w:rsidRDefault="00825499">
            <w:pPr>
              <w:rPr>
                <w:rFonts w:hint="eastAsia"/>
              </w:rPr>
            </w:pPr>
            <w:r>
              <w:t>meander, erosion, transportation, deposition, floodplain, estuary, reservoir, dam, conservation, land use, settlement</w:t>
            </w:r>
          </w:p>
        </w:tc>
      </w:tr>
    </w:tbl>
    <w:p w14:paraId="52BD61D4" w14:textId="77777777" w:rsidR="00B439AE" w:rsidRDefault="00B439AE">
      <w:pPr>
        <w:rPr>
          <w:rFonts w:hint="eastAsia"/>
        </w:rPr>
      </w:pPr>
    </w:p>
    <w:p w14:paraId="465EEF56" w14:textId="77777777" w:rsidR="00B439AE" w:rsidRDefault="00825499">
      <w:pPr>
        <w:pStyle w:val="Heading1"/>
      </w:pPr>
      <w:r>
        <w:t>Skills Progression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019"/>
        <w:gridCol w:w="3684"/>
        <w:gridCol w:w="3799"/>
      </w:tblGrid>
      <w:tr w:rsidR="00B439AE" w14:paraId="6A75A56D" w14:textId="77777777">
        <w:trPr>
          <w:jc w:val="center"/>
        </w:trPr>
        <w:tc>
          <w:tcPr>
            <w:tcW w:w="3504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310909B" w14:textId="77777777" w:rsidR="00B439AE" w:rsidRDefault="00825499">
            <w:pPr>
              <w:rPr>
                <w:rFonts w:hint="eastAsia"/>
              </w:rPr>
            </w:pPr>
            <w:r>
              <w:rPr>
                <w:b/>
              </w:rPr>
              <w:t>Skill area</w:t>
            </w:r>
          </w:p>
        </w:tc>
        <w:tc>
          <w:tcPr>
            <w:tcW w:w="3504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D886665" w14:textId="77777777" w:rsidR="00B439AE" w:rsidRDefault="00825499">
            <w:pPr>
              <w:rPr>
                <w:rFonts w:hint="eastAsia"/>
              </w:rPr>
            </w:pPr>
            <w:r>
              <w:rPr>
                <w:b/>
              </w:rPr>
              <w:t>Year 3</w:t>
            </w:r>
          </w:p>
        </w:tc>
        <w:tc>
          <w:tcPr>
            <w:tcW w:w="3504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4CD1399" w14:textId="77777777" w:rsidR="00B439AE" w:rsidRDefault="00825499">
            <w:pPr>
              <w:rPr>
                <w:rFonts w:hint="eastAsia"/>
              </w:rPr>
            </w:pPr>
            <w:r>
              <w:rPr>
                <w:b/>
              </w:rPr>
              <w:t>Year 4</w:t>
            </w:r>
          </w:p>
        </w:tc>
      </w:tr>
      <w:tr w:rsidR="00B439AE" w14:paraId="6BB03496" w14:textId="77777777">
        <w:trPr>
          <w:jc w:val="center"/>
        </w:trPr>
        <w:tc>
          <w:tcPr>
            <w:tcW w:w="201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E58466D" w14:textId="77777777" w:rsidR="00B439AE" w:rsidRDefault="00825499">
            <w:pPr>
              <w:rPr>
                <w:rFonts w:hint="eastAsia"/>
              </w:rPr>
            </w:pPr>
            <w:r>
              <w:t>Observation &amp; questioning</w:t>
            </w:r>
          </w:p>
        </w:tc>
        <w:tc>
          <w:tcPr>
            <w:tcW w:w="432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B9298CA" w14:textId="77777777" w:rsidR="00B439AE" w:rsidRDefault="00825499">
            <w:pPr>
              <w:rPr>
                <w:rFonts w:hint="eastAsia"/>
              </w:rPr>
            </w:pPr>
            <w:r>
              <w:t>Ask geographical questions about where river water comes from and what happens downstream.</w:t>
            </w:r>
          </w:p>
        </w:tc>
        <w:tc>
          <w:tcPr>
            <w:tcW w:w="432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1FC6B61" w14:textId="77777777" w:rsidR="00B439AE" w:rsidRDefault="00825499">
            <w:pPr>
              <w:rPr>
                <w:rFonts w:hint="eastAsia"/>
              </w:rPr>
            </w:pPr>
            <w:r>
              <w:t>Develop enquiry questions about processes and human use; use evidence to support conclusions.</w:t>
            </w:r>
          </w:p>
        </w:tc>
      </w:tr>
      <w:tr w:rsidR="00B439AE" w14:paraId="55C5B263" w14:textId="77777777">
        <w:trPr>
          <w:jc w:val="center"/>
        </w:trPr>
        <w:tc>
          <w:tcPr>
            <w:tcW w:w="201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DE6237" w14:textId="77777777" w:rsidR="00B439AE" w:rsidRDefault="00825499">
            <w:pPr>
              <w:rPr>
                <w:rFonts w:hint="eastAsia"/>
              </w:rPr>
            </w:pPr>
            <w:r>
              <w:t xml:space="preserve">Maps &amp; spatial </w:t>
            </w:r>
            <w:r>
              <w:t>thinking</w:t>
            </w:r>
          </w:p>
        </w:tc>
        <w:tc>
          <w:tcPr>
            <w:tcW w:w="432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B6ABE69" w14:textId="77777777" w:rsidR="00B439AE" w:rsidRDefault="00825499">
            <w:pPr>
              <w:rPr>
                <w:rFonts w:hint="eastAsia"/>
              </w:rPr>
            </w:pPr>
            <w:r>
              <w:t>Locate local/UK rivers using atlases and digital maps; use 8 compass points and simple grid references.</w:t>
            </w:r>
          </w:p>
        </w:tc>
        <w:tc>
          <w:tcPr>
            <w:tcW w:w="432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917813C" w14:textId="77777777" w:rsidR="00B439AE" w:rsidRDefault="00825499">
            <w:pPr>
              <w:rPr>
                <w:rFonts w:hint="eastAsia"/>
              </w:rPr>
            </w:pPr>
            <w:r>
              <w:t>Use OS-style symbols/keys, grid references and scale more confidently; trace a river from source toward mouth.</w:t>
            </w:r>
          </w:p>
        </w:tc>
      </w:tr>
      <w:tr w:rsidR="00B439AE" w14:paraId="19711FB4" w14:textId="77777777">
        <w:trPr>
          <w:jc w:val="center"/>
        </w:trPr>
        <w:tc>
          <w:tcPr>
            <w:tcW w:w="201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C5966C5" w14:textId="77777777" w:rsidR="00B439AE" w:rsidRDefault="00825499">
            <w:pPr>
              <w:rPr>
                <w:rFonts w:hint="eastAsia"/>
              </w:rPr>
            </w:pPr>
            <w:r>
              <w:t>Fieldwork</w:t>
            </w:r>
          </w:p>
        </w:tc>
        <w:tc>
          <w:tcPr>
            <w:tcW w:w="432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CC84F23" w14:textId="77777777" w:rsidR="00B439AE" w:rsidRDefault="00825499">
            <w:pPr>
              <w:rPr>
                <w:rFonts w:hint="eastAsia"/>
              </w:rPr>
            </w:pPr>
            <w:r>
              <w:t>Observe a local water</w:t>
            </w:r>
            <w:r>
              <w:t>course safely; sketch, photograph, tally and record visible features/use.</w:t>
            </w:r>
          </w:p>
        </w:tc>
        <w:tc>
          <w:tcPr>
            <w:tcW w:w="432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B90B4B4" w14:textId="77777777" w:rsidR="00B439AE" w:rsidRDefault="00825499">
            <w:pPr>
              <w:rPr>
                <w:rFonts w:hint="eastAsia"/>
              </w:rPr>
            </w:pPr>
            <w:r>
              <w:t>Collect comparable evidence such as width estimate, flow observations, land use or environmental quality at selected points where safe.</w:t>
            </w:r>
          </w:p>
        </w:tc>
      </w:tr>
      <w:tr w:rsidR="00B439AE" w14:paraId="5E92F926" w14:textId="77777777">
        <w:trPr>
          <w:jc w:val="center"/>
        </w:trPr>
        <w:tc>
          <w:tcPr>
            <w:tcW w:w="201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3DA0CB7" w14:textId="77777777" w:rsidR="00B439AE" w:rsidRDefault="00825499">
            <w:pPr>
              <w:rPr>
                <w:rFonts w:hint="eastAsia"/>
              </w:rPr>
            </w:pPr>
            <w:r>
              <w:t>Data &amp; evidence</w:t>
            </w:r>
          </w:p>
        </w:tc>
        <w:tc>
          <w:tcPr>
            <w:tcW w:w="432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269787" w14:textId="77777777" w:rsidR="00B439AE" w:rsidRDefault="00825499">
            <w:pPr>
              <w:rPr>
                <w:rFonts w:hint="eastAsia"/>
              </w:rPr>
            </w:pPr>
            <w:r>
              <w:t xml:space="preserve">Organise </w:t>
            </w:r>
            <w:r>
              <w:t>observations in tables, diagrams and annotated sketches.</w:t>
            </w:r>
          </w:p>
        </w:tc>
        <w:tc>
          <w:tcPr>
            <w:tcW w:w="432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6900816" w14:textId="77777777" w:rsidR="00B439AE" w:rsidRDefault="00825499">
            <w:pPr>
              <w:rPr>
                <w:rFonts w:hint="eastAsia"/>
              </w:rPr>
            </w:pPr>
            <w:r>
              <w:t>Present findings using graphs/tables/maps and identify patterns or limitations in evidence.</w:t>
            </w:r>
          </w:p>
        </w:tc>
      </w:tr>
      <w:tr w:rsidR="00B439AE" w14:paraId="78AB1ABF" w14:textId="77777777">
        <w:trPr>
          <w:jc w:val="center"/>
        </w:trPr>
        <w:tc>
          <w:tcPr>
            <w:tcW w:w="201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76D19BF" w14:textId="77777777" w:rsidR="00B439AE" w:rsidRDefault="00825499">
            <w:pPr>
              <w:rPr>
                <w:rFonts w:hint="eastAsia"/>
              </w:rPr>
            </w:pPr>
            <w:r>
              <w:t>Explanation</w:t>
            </w:r>
          </w:p>
        </w:tc>
        <w:tc>
          <w:tcPr>
            <w:tcW w:w="432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F81804A" w14:textId="77777777" w:rsidR="00B439AE" w:rsidRDefault="00825499">
            <w:pPr>
              <w:rPr>
                <w:rFonts w:hint="eastAsia"/>
              </w:rPr>
            </w:pPr>
            <w:r>
              <w:t>Describe a river journey using geographical vocabulary.</w:t>
            </w:r>
          </w:p>
        </w:tc>
        <w:tc>
          <w:tcPr>
            <w:tcW w:w="432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62370CB" w14:textId="77777777" w:rsidR="00B439AE" w:rsidRDefault="00825499">
            <w:pPr>
              <w:rPr>
                <w:rFonts w:hint="eastAsia"/>
              </w:rPr>
            </w:pPr>
            <w:r>
              <w:t>Explain processes and links between ph</w:t>
            </w:r>
            <w:r>
              <w:t>ysical features and how people use/manage rivers.</w:t>
            </w:r>
          </w:p>
        </w:tc>
      </w:tr>
    </w:tbl>
    <w:p w14:paraId="572E0D04" w14:textId="77777777" w:rsidR="00B439AE" w:rsidRDefault="00B439AE">
      <w:pPr>
        <w:rPr>
          <w:rFonts w:hint="eastAsia"/>
        </w:rPr>
      </w:pPr>
    </w:p>
    <w:p w14:paraId="1CB64792" w14:textId="77777777" w:rsidR="00B439AE" w:rsidRDefault="00825499">
      <w:pPr>
        <w:pStyle w:val="Heading1"/>
      </w:pPr>
      <w:r>
        <w:t>Medium Term Plan Ideas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131"/>
        <w:gridCol w:w="2281"/>
        <w:gridCol w:w="3703"/>
        <w:gridCol w:w="2387"/>
      </w:tblGrid>
      <w:tr w:rsidR="00B439AE" w14:paraId="51EB2C75" w14:textId="77777777">
        <w:trPr>
          <w:jc w:val="center"/>
        </w:trPr>
        <w:tc>
          <w:tcPr>
            <w:tcW w:w="2628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7E45BD9" w14:textId="77777777" w:rsidR="00B439AE" w:rsidRDefault="00825499">
            <w:pPr>
              <w:rPr>
                <w:rFonts w:hint="eastAsia"/>
              </w:rPr>
            </w:pPr>
            <w:r>
              <w:rPr>
                <w:b/>
              </w:rPr>
              <w:t>Focus / Enquiry Question</w:t>
            </w:r>
          </w:p>
        </w:tc>
        <w:tc>
          <w:tcPr>
            <w:tcW w:w="2628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EA442F7" w14:textId="77777777" w:rsidR="00B439AE" w:rsidRDefault="00825499">
            <w:pPr>
              <w:rPr>
                <w:rFonts w:hint="eastAsia"/>
              </w:rPr>
            </w:pPr>
            <w:r>
              <w:rPr>
                <w:b/>
              </w:rPr>
              <w:t>Key Concepts</w:t>
            </w:r>
          </w:p>
        </w:tc>
        <w:tc>
          <w:tcPr>
            <w:tcW w:w="2628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EA9BADF" w14:textId="77777777" w:rsidR="00B439AE" w:rsidRDefault="00825499">
            <w:pPr>
              <w:rPr>
                <w:rFonts w:hint="eastAsia"/>
              </w:rPr>
            </w:pPr>
            <w:r>
              <w:rPr>
                <w:b/>
              </w:rPr>
              <w:t>Possible Activities / Tasks</w:t>
            </w:r>
          </w:p>
        </w:tc>
        <w:tc>
          <w:tcPr>
            <w:tcW w:w="2628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072DF3F" w14:textId="77777777" w:rsidR="00B439AE" w:rsidRDefault="00825499">
            <w:pPr>
              <w:rPr>
                <w:rFonts w:hint="eastAsia"/>
              </w:rPr>
            </w:pPr>
            <w:r>
              <w:rPr>
                <w:b/>
              </w:rPr>
              <w:t>Skills &amp; Vocabulary Focus</w:t>
            </w:r>
          </w:p>
        </w:tc>
      </w:tr>
      <w:tr w:rsidR="00B439AE" w14:paraId="76F366C3" w14:textId="77777777">
        <w:trPr>
          <w:jc w:val="center"/>
        </w:trPr>
        <w:tc>
          <w:tcPr>
            <w:tcW w:w="223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61563AA" w14:textId="77777777" w:rsidR="00B439AE" w:rsidRDefault="00825499">
            <w:pPr>
              <w:rPr>
                <w:rFonts w:hint="eastAsia"/>
              </w:rPr>
            </w:pPr>
            <w:r>
              <w:t>1. Where does river water come from?</w:t>
            </w:r>
          </w:p>
        </w:tc>
        <w:tc>
          <w:tcPr>
            <w:tcW w:w="165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D9D49EC" w14:textId="77777777" w:rsidR="00B439AE" w:rsidRDefault="00825499">
            <w:pPr>
              <w:rPr>
                <w:rFonts w:hint="eastAsia"/>
              </w:rPr>
            </w:pPr>
            <w:r>
              <w:t>Environment, change</w:t>
            </w:r>
          </w:p>
        </w:tc>
        <w:tc>
          <w:tcPr>
            <w:tcW w:w="45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629C26B" w14:textId="77777777" w:rsidR="00B439AE" w:rsidRDefault="00825499">
            <w:pPr>
              <w:rPr>
                <w:rFonts w:hint="eastAsia"/>
              </w:rPr>
            </w:pPr>
            <w:r>
              <w:t xml:space="preserve">Revisit the water cycle. </w:t>
            </w:r>
            <w:r>
              <w:t>Sequence evaporation, condensation and precipitation; connect rainfall/runoff to streams and rivers.</w:t>
            </w:r>
          </w:p>
        </w:tc>
        <w:tc>
          <w:tcPr>
            <w:tcW w:w="208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B145AFD" w14:textId="77777777" w:rsidR="00B439AE" w:rsidRDefault="00825499">
            <w:pPr>
              <w:rPr>
                <w:rFonts w:hint="eastAsia"/>
              </w:rPr>
            </w:pPr>
            <w:r>
              <w:t>water cycle, evaporation, condensation, precipitation, runoff; sequencing</w:t>
            </w:r>
          </w:p>
        </w:tc>
      </w:tr>
      <w:tr w:rsidR="00B439AE" w14:paraId="74B69CA1" w14:textId="77777777">
        <w:trPr>
          <w:jc w:val="center"/>
        </w:trPr>
        <w:tc>
          <w:tcPr>
            <w:tcW w:w="223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2BA3249" w14:textId="77777777" w:rsidR="00B439AE" w:rsidRDefault="00825499">
            <w:pPr>
              <w:rPr>
                <w:rFonts w:hint="eastAsia"/>
              </w:rPr>
            </w:pPr>
            <w:r>
              <w:t>2. Where are our rivers?</w:t>
            </w:r>
          </w:p>
        </w:tc>
        <w:tc>
          <w:tcPr>
            <w:tcW w:w="165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C2806A4" w14:textId="77777777" w:rsidR="00B439AE" w:rsidRDefault="00825499">
            <w:pPr>
              <w:rPr>
                <w:rFonts w:hint="eastAsia"/>
              </w:rPr>
            </w:pPr>
            <w:r>
              <w:t>Location</w:t>
            </w:r>
          </w:p>
        </w:tc>
        <w:tc>
          <w:tcPr>
            <w:tcW w:w="45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6939F9D" w14:textId="77777777" w:rsidR="00B439AE" w:rsidRDefault="00825499">
            <w:pPr>
              <w:rPr>
                <w:rFonts w:hint="eastAsia"/>
              </w:rPr>
            </w:pPr>
            <w:r>
              <w:t>Locate the River Leadon and River Severn, then</w:t>
            </w:r>
            <w:r>
              <w:t xml:space="preserve"> selected UK/world rivers. Trace direction of flow towards an estuary/sea.</w:t>
            </w:r>
          </w:p>
        </w:tc>
        <w:tc>
          <w:tcPr>
            <w:tcW w:w="208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85F225F" w14:textId="77777777" w:rsidR="00B439AE" w:rsidRDefault="00825499">
            <w:pPr>
              <w:rPr>
                <w:rFonts w:hint="eastAsia"/>
              </w:rPr>
            </w:pPr>
            <w:r>
              <w:t>atlas, digital map, source, mouth, tributary, direction; locating</w:t>
            </w:r>
          </w:p>
        </w:tc>
      </w:tr>
      <w:tr w:rsidR="00B439AE" w14:paraId="5092850C" w14:textId="77777777">
        <w:trPr>
          <w:jc w:val="center"/>
        </w:trPr>
        <w:tc>
          <w:tcPr>
            <w:tcW w:w="223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CA3D217" w14:textId="77777777" w:rsidR="00B439AE" w:rsidRDefault="00825499">
            <w:pPr>
              <w:rPr>
                <w:rFonts w:hint="eastAsia"/>
              </w:rPr>
            </w:pPr>
            <w:r>
              <w:t>3. What is the journey of a river?</w:t>
            </w:r>
          </w:p>
        </w:tc>
        <w:tc>
          <w:tcPr>
            <w:tcW w:w="165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3BF6ABC" w14:textId="77777777" w:rsidR="00B439AE" w:rsidRDefault="00825499">
            <w:pPr>
              <w:rPr>
                <w:rFonts w:hint="eastAsia"/>
              </w:rPr>
            </w:pPr>
            <w:r>
              <w:t>Place, physical</w:t>
            </w:r>
          </w:p>
        </w:tc>
        <w:tc>
          <w:tcPr>
            <w:tcW w:w="45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16E98D8" w14:textId="77777777" w:rsidR="00B439AE" w:rsidRDefault="00825499">
            <w:pPr>
              <w:rPr>
                <w:rFonts w:hint="eastAsia"/>
              </w:rPr>
            </w:pPr>
            <w:r>
              <w:t>Build a source-to-mouth model/diagram. Identify upper, middle a</w:t>
            </w:r>
            <w:r>
              <w:t>nd lower course and how channel/valley characteristics differ.</w:t>
            </w:r>
          </w:p>
        </w:tc>
        <w:tc>
          <w:tcPr>
            <w:tcW w:w="208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EA7B8C" w14:textId="77777777" w:rsidR="00B439AE" w:rsidRDefault="00825499">
            <w:pPr>
              <w:rPr>
                <w:rFonts w:hint="eastAsia"/>
              </w:rPr>
            </w:pPr>
            <w:r>
              <w:t>upper/middle/lower course, valley, channel, confluence; annotated diagrams</w:t>
            </w:r>
          </w:p>
        </w:tc>
      </w:tr>
      <w:tr w:rsidR="00B439AE" w14:paraId="1B920A0A" w14:textId="77777777">
        <w:trPr>
          <w:jc w:val="center"/>
        </w:trPr>
        <w:tc>
          <w:tcPr>
            <w:tcW w:w="223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006F960" w14:textId="77777777" w:rsidR="00B439AE" w:rsidRDefault="00825499">
            <w:pPr>
              <w:rPr>
                <w:rFonts w:hint="eastAsia"/>
              </w:rPr>
            </w:pPr>
            <w:r>
              <w:t>4. How do rivers shape the land?</w:t>
            </w:r>
          </w:p>
        </w:tc>
        <w:tc>
          <w:tcPr>
            <w:tcW w:w="165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6998D73" w14:textId="77777777" w:rsidR="00B439AE" w:rsidRDefault="00825499">
            <w:pPr>
              <w:rPr>
                <w:rFonts w:hint="eastAsia"/>
              </w:rPr>
            </w:pPr>
            <w:r>
              <w:t>Change, physical</w:t>
            </w:r>
          </w:p>
        </w:tc>
        <w:tc>
          <w:tcPr>
            <w:tcW w:w="45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BD449C0" w14:textId="77777777" w:rsidR="00B439AE" w:rsidRDefault="00825499">
            <w:pPr>
              <w:rPr>
                <w:rFonts w:hint="eastAsia"/>
              </w:rPr>
            </w:pPr>
            <w:r>
              <w:t>Use diagrams/models to explore erosion, transportation and depositi</w:t>
            </w:r>
            <w:r>
              <w:t>on. Apply to bends/meanders and floodplains at an age-appropriate level.</w:t>
            </w:r>
          </w:p>
        </w:tc>
        <w:tc>
          <w:tcPr>
            <w:tcW w:w="208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A1DFD79" w14:textId="77777777" w:rsidR="00B439AE" w:rsidRDefault="00825499">
            <w:pPr>
              <w:rPr>
                <w:rFonts w:hint="eastAsia"/>
              </w:rPr>
            </w:pPr>
            <w:r>
              <w:t>erosion, transportation, deposition, meander, floodplain; cause/effect</w:t>
            </w:r>
          </w:p>
        </w:tc>
      </w:tr>
      <w:tr w:rsidR="00B439AE" w14:paraId="64A55A3C" w14:textId="77777777">
        <w:trPr>
          <w:jc w:val="center"/>
        </w:trPr>
        <w:tc>
          <w:tcPr>
            <w:tcW w:w="223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C97D781" w14:textId="77777777" w:rsidR="00B439AE" w:rsidRDefault="00825499">
            <w:pPr>
              <w:rPr>
                <w:rFonts w:hint="eastAsia"/>
              </w:rPr>
            </w:pPr>
            <w:r>
              <w:t>5. How are rivers used by people?</w:t>
            </w:r>
          </w:p>
        </w:tc>
        <w:tc>
          <w:tcPr>
            <w:tcW w:w="165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83360B4" w14:textId="77777777" w:rsidR="00B439AE" w:rsidRDefault="00825499">
            <w:pPr>
              <w:rPr>
                <w:rFonts w:hint="eastAsia"/>
              </w:rPr>
            </w:pPr>
            <w:r>
              <w:t>Human, environment</w:t>
            </w:r>
          </w:p>
        </w:tc>
        <w:tc>
          <w:tcPr>
            <w:tcW w:w="45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611C85C" w14:textId="77777777" w:rsidR="00B439AE" w:rsidRDefault="00825499">
            <w:pPr>
              <w:rPr>
                <w:rFonts w:hint="eastAsia"/>
              </w:rPr>
            </w:pPr>
            <w:r>
              <w:t>Investigate uses: water supply, farming, industry, transpo</w:t>
            </w:r>
            <w:r>
              <w:t>rt, energy and leisure. Sort uses and discuss benefits/pressures.</w:t>
            </w:r>
          </w:p>
        </w:tc>
        <w:tc>
          <w:tcPr>
            <w:tcW w:w="208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3404BB6" w14:textId="77777777" w:rsidR="00B439AE" w:rsidRDefault="00825499">
            <w:pPr>
              <w:rPr>
                <w:rFonts w:hint="eastAsia"/>
              </w:rPr>
            </w:pPr>
            <w:r>
              <w:t>water supply, irrigation, industry, transport, leisure, land use; classify/evaluate</w:t>
            </w:r>
          </w:p>
        </w:tc>
      </w:tr>
      <w:tr w:rsidR="00B439AE" w14:paraId="6A8F32A9" w14:textId="77777777">
        <w:trPr>
          <w:jc w:val="center"/>
        </w:trPr>
        <w:tc>
          <w:tcPr>
            <w:tcW w:w="223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68396D3" w14:textId="77777777" w:rsidR="00B439AE" w:rsidRDefault="00825499">
            <w:pPr>
              <w:rPr>
                <w:rFonts w:hint="eastAsia"/>
              </w:rPr>
            </w:pPr>
            <w:r>
              <w:t>6. Why do people live near rivers?</w:t>
            </w:r>
          </w:p>
        </w:tc>
        <w:tc>
          <w:tcPr>
            <w:tcW w:w="165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13DED1F" w14:textId="77777777" w:rsidR="00B439AE" w:rsidRDefault="00825499">
            <w:pPr>
              <w:rPr>
                <w:rFonts w:hint="eastAsia"/>
              </w:rPr>
            </w:pPr>
            <w:r>
              <w:t>Place, interconnection</w:t>
            </w:r>
          </w:p>
        </w:tc>
        <w:tc>
          <w:tcPr>
            <w:tcW w:w="45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FBEC19C" w14:textId="77777777" w:rsidR="00B439AE" w:rsidRDefault="00825499">
            <w:pPr>
              <w:rPr>
                <w:rFonts w:hint="eastAsia"/>
              </w:rPr>
            </w:pPr>
            <w:r>
              <w:t xml:space="preserve">Explore settlement near rivers: water, </w:t>
            </w:r>
            <w:r>
              <w:t>fertile land, transport and crossings. Link to local/regional examples on maps.</w:t>
            </w:r>
          </w:p>
        </w:tc>
        <w:tc>
          <w:tcPr>
            <w:tcW w:w="208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416678D" w14:textId="77777777" w:rsidR="00B439AE" w:rsidRDefault="00825499">
            <w:pPr>
              <w:rPr>
                <w:rFonts w:hint="eastAsia"/>
              </w:rPr>
            </w:pPr>
            <w:r>
              <w:t>settlement, bridge/crossing, fertile, land use; reasoning</w:t>
            </w:r>
          </w:p>
        </w:tc>
      </w:tr>
      <w:tr w:rsidR="00B439AE" w14:paraId="3FE9E813" w14:textId="77777777">
        <w:trPr>
          <w:jc w:val="center"/>
        </w:trPr>
        <w:tc>
          <w:tcPr>
            <w:tcW w:w="223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2975E34" w14:textId="77777777" w:rsidR="00B439AE" w:rsidRDefault="00825499">
            <w:pPr>
              <w:rPr>
                <w:rFonts w:hint="eastAsia"/>
              </w:rPr>
            </w:pPr>
            <w:r>
              <w:t>7. How can rivers affect people?</w:t>
            </w:r>
          </w:p>
        </w:tc>
        <w:tc>
          <w:tcPr>
            <w:tcW w:w="165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405BE71" w14:textId="77777777" w:rsidR="00B439AE" w:rsidRDefault="00825499">
            <w:pPr>
              <w:rPr>
                <w:rFonts w:hint="eastAsia"/>
              </w:rPr>
            </w:pPr>
            <w:r>
              <w:t>Change, human/physical</w:t>
            </w:r>
          </w:p>
        </w:tc>
        <w:tc>
          <w:tcPr>
            <w:tcW w:w="45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67CED0" w14:textId="77777777" w:rsidR="00B439AE" w:rsidRDefault="00825499">
            <w:pPr>
              <w:rPr>
                <w:rFonts w:hint="eastAsia"/>
              </w:rPr>
            </w:pPr>
            <w:r>
              <w:t>Introduce flooding: why river levels rise, impacts on people/</w:t>
            </w:r>
            <w:r>
              <w:t>land and simple approaches to managing flood risk.</w:t>
            </w:r>
          </w:p>
        </w:tc>
        <w:tc>
          <w:tcPr>
            <w:tcW w:w="208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875F2A1" w14:textId="77777777" w:rsidR="00B439AE" w:rsidRDefault="00825499">
            <w:pPr>
              <w:rPr>
                <w:rFonts w:hint="eastAsia"/>
              </w:rPr>
            </w:pPr>
            <w:r>
              <w:t>flood, floodplain, barrier, management; interpret evidence</w:t>
            </w:r>
          </w:p>
        </w:tc>
      </w:tr>
      <w:tr w:rsidR="00B439AE" w14:paraId="75A31817" w14:textId="77777777">
        <w:trPr>
          <w:jc w:val="center"/>
        </w:trPr>
        <w:tc>
          <w:tcPr>
            <w:tcW w:w="223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B78F5BA" w14:textId="77777777" w:rsidR="00B439AE" w:rsidRDefault="00825499">
            <w:pPr>
              <w:rPr>
                <w:rFonts w:hint="eastAsia"/>
              </w:rPr>
            </w:pPr>
            <w:r>
              <w:lastRenderedPageBreak/>
              <w:t>8. What can our local river tell us?</w:t>
            </w:r>
          </w:p>
        </w:tc>
        <w:tc>
          <w:tcPr>
            <w:tcW w:w="165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77855C" w14:textId="77777777" w:rsidR="00B439AE" w:rsidRDefault="00825499">
            <w:pPr>
              <w:rPr>
                <w:rFonts w:hint="eastAsia"/>
              </w:rPr>
            </w:pPr>
            <w:r>
              <w:t>Fieldwork, all concepts</w:t>
            </w:r>
          </w:p>
        </w:tc>
        <w:tc>
          <w:tcPr>
            <w:tcW w:w="4536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643FB62" w14:textId="77777777" w:rsidR="00B439AE" w:rsidRDefault="00825499">
            <w:pPr>
              <w:rPr>
                <w:rFonts w:hint="eastAsia"/>
              </w:rPr>
            </w:pPr>
            <w:r>
              <w:t xml:space="preserve">Local fieldwork or mapped virtual enquiry. Record river/stream features, </w:t>
            </w:r>
            <w:r>
              <w:t>surrounding land use, human influence and environmental quality; present findings.</w:t>
            </w:r>
          </w:p>
        </w:tc>
        <w:tc>
          <w:tcPr>
            <w:tcW w:w="208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90F93BA" w14:textId="77777777" w:rsidR="00B439AE" w:rsidRDefault="00825499">
            <w:pPr>
              <w:rPr>
                <w:rFonts w:hint="eastAsia"/>
              </w:rPr>
            </w:pPr>
            <w:r>
              <w:t>observe, measure, record, sketch map, grid reference, graph; conclude</w:t>
            </w:r>
          </w:p>
        </w:tc>
      </w:tr>
    </w:tbl>
    <w:p w14:paraId="0CE01C2D" w14:textId="77777777" w:rsidR="00B439AE" w:rsidRDefault="00B439AE">
      <w:pPr>
        <w:rPr>
          <w:rFonts w:hint="eastAsia"/>
        </w:rPr>
      </w:pPr>
    </w:p>
    <w:p w14:paraId="0CA59A88" w14:textId="77777777" w:rsidR="00B439AE" w:rsidRDefault="00825499">
      <w:pPr>
        <w:pStyle w:val="Heading1"/>
      </w:pPr>
      <w:r>
        <w:t>Possible Local Fieldwork / Case Studies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146"/>
        <w:gridCol w:w="4164"/>
        <w:gridCol w:w="3192"/>
      </w:tblGrid>
      <w:tr w:rsidR="00B439AE" w14:paraId="5E4508B9" w14:textId="77777777">
        <w:trPr>
          <w:jc w:val="center"/>
        </w:trPr>
        <w:tc>
          <w:tcPr>
            <w:tcW w:w="3504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825FF04" w14:textId="77777777" w:rsidR="00B439AE" w:rsidRDefault="00825499">
            <w:pPr>
              <w:rPr>
                <w:rFonts w:hint="eastAsia"/>
              </w:rPr>
            </w:pPr>
            <w:r>
              <w:rPr>
                <w:b/>
              </w:rPr>
              <w:t>Location / Setting</w:t>
            </w:r>
          </w:p>
        </w:tc>
        <w:tc>
          <w:tcPr>
            <w:tcW w:w="3504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4B50B5A" w14:textId="77777777" w:rsidR="00B439AE" w:rsidRDefault="00825499">
            <w:pPr>
              <w:rPr>
                <w:rFonts w:hint="eastAsia"/>
              </w:rPr>
            </w:pPr>
            <w:r>
              <w:rPr>
                <w:b/>
              </w:rPr>
              <w:t>What pupils can investigate</w:t>
            </w:r>
          </w:p>
        </w:tc>
        <w:tc>
          <w:tcPr>
            <w:tcW w:w="3504" w:type="dxa"/>
            <w:shd w:val="clear" w:color="auto" w:fill="D9EAF7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0815FCC" w14:textId="77777777" w:rsidR="00B439AE" w:rsidRDefault="00825499">
            <w:pPr>
              <w:rPr>
                <w:rFonts w:hint="eastAsia"/>
              </w:rPr>
            </w:pPr>
            <w:r>
              <w:rPr>
                <w:b/>
              </w:rPr>
              <w:t>Concepts &amp; skills practised</w:t>
            </w:r>
          </w:p>
        </w:tc>
      </w:tr>
      <w:tr w:rsidR="00B439AE" w14:paraId="5AC08F05" w14:textId="77777777">
        <w:trPr>
          <w:jc w:val="center"/>
        </w:trPr>
        <w:tc>
          <w:tcPr>
            <w:tcW w:w="25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96C8577" w14:textId="77777777" w:rsidR="00B439AE" w:rsidRDefault="00825499">
            <w:pPr>
              <w:rPr>
                <w:rFonts w:hint="eastAsia"/>
              </w:rPr>
            </w:pPr>
            <w:r>
              <w:t>Glynch Brook / safe local watercourse</w:t>
            </w:r>
          </w:p>
        </w:tc>
        <w:tc>
          <w:tcPr>
            <w:tcW w:w="46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348DB0D" w14:textId="77777777" w:rsidR="00B439AE" w:rsidRDefault="00825499">
            <w:pPr>
              <w:rPr>
                <w:rFonts w:hint="eastAsia"/>
              </w:rPr>
            </w:pPr>
            <w:r>
              <w:t>Observe a small local watercourse and surrounding land use from a safe, pre-assessed access point.</w:t>
            </w:r>
          </w:p>
        </w:tc>
        <w:tc>
          <w:tcPr>
            <w:tcW w:w="32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D088419" w14:textId="77777777" w:rsidR="00B439AE" w:rsidRDefault="00825499">
            <w:pPr>
              <w:rPr>
                <w:rFonts w:hint="eastAsia"/>
              </w:rPr>
            </w:pPr>
            <w:r>
              <w:t>Observation, sketching, human/physical features, environmental quality.</w:t>
            </w:r>
          </w:p>
        </w:tc>
      </w:tr>
      <w:tr w:rsidR="00B439AE" w14:paraId="1D51DDB4" w14:textId="77777777">
        <w:trPr>
          <w:jc w:val="center"/>
        </w:trPr>
        <w:tc>
          <w:tcPr>
            <w:tcW w:w="25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83B87C9" w14:textId="77777777" w:rsidR="00B439AE" w:rsidRDefault="00825499">
            <w:pPr>
              <w:rPr>
                <w:rFonts w:hint="eastAsia"/>
              </w:rPr>
            </w:pPr>
            <w:r>
              <w:t>River Leadon</w:t>
            </w:r>
          </w:p>
        </w:tc>
        <w:tc>
          <w:tcPr>
            <w:tcW w:w="46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ED5031D" w14:textId="77777777" w:rsidR="00B439AE" w:rsidRDefault="00825499">
            <w:pPr>
              <w:rPr>
                <w:rFonts w:hint="eastAsia"/>
              </w:rPr>
            </w:pPr>
            <w:r>
              <w:t xml:space="preserve">Use </w:t>
            </w:r>
            <w:r>
              <w:t>maps/aerial imagery or an appropriate safe viewpoint to place a local river in its wider catchment and consider nearby land use.</w:t>
            </w:r>
          </w:p>
        </w:tc>
        <w:tc>
          <w:tcPr>
            <w:tcW w:w="32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CE521E4" w14:textId="77777777" w:rsidR="00B439AE" w:rsidRDefault="00825499">
            <w:pPr>
              <w:rPr>
                <w:rFonts w:hint="eastAsia"/>
              </w:rPr>
            </w:pPr>
            <w:r>
              <w:t>Local geography, map work, river course, land use, interconnection.</w:t>
            </w:r>
          </w:p>
        </w:tc>
      </w:tr>
      <w:tr w:rsidR="00B439AE" w14:paraId="343FA730" w14:textId="77777777">
        <w:trPr>
          <w:jc w:val="center"/>
        </w:trPr>
        <w:tc>
          <w:tcPr>
            <w:tcW w:w="25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8B30CDE" w14:textId="77777777" w:rsidR="00B439AE" w:rsidRDefault="00825499">
            <w:pPr>
              <w:rPr>
                <w:rFonts w:hint="eastAsia"/>
              </w:rPr>
            </w:pPr>
            <w:r>
              <w:t>River Severn</w:t>
            </w:r>
          </w:p>
        </w:tc>
        <w:tc>
          <w:tcPr>
            <w:tcW w:w="46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8018F9E" w14:textId="77777777" w:rsidR="00B439AE" w:rsidRDefault="00825499">
            <w:pPr>
              <w:rPr>
                <w:rFonts w:hint="eastAsia"/>
              </w:rPr>
            </w:pPr>
            <w:r>
              <w:t>Regional case study for a larger river: trace</w:t>
            </w:r>
            <w:r>
              <w:t xml:space="preserve"> its course, examine settlement and varied human uses, and explore flooding through maps/photos/data.</w:t>
            </w:r>
          </w:p>
        </w:tc>
        <w:tc>
          <w:tcPr>
            <w:tcW w:w="32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EEF7A9D" w14:textId="77777777" w:rsidR="00B439AE" w:rsidRDefault="00825499">
            <w:pPr>
              <w:rPr>
                <w:rFonts w:hint="eastAsia"/>
              </w:rPr>
            </w:pPr>
            <w:r>
              <w:t>Scale, location, river uses, floodplain, settlement, comparison.</w:t>
            </w:r>
          </w:p>
        </w:tc>
      </w:tr>
      <w:tr w:rsidR="00B439AE" w14:paraId="2B4A3A03" w14:textId="77777777">
        <w:trPr>
          <w:jc w:val="center"/>
        </w:trPr>
        <w:tc>
          <w:tcPr>
            <w:tcW w:w="2592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8FDA13A" w14:textId="77777777" w:rsidR="00B439AE" w:rsidRDefault="00825499">
            <w:pPr>
              <w:rPr>
                <w:rFonts w:hint="eastAsia"/>
              </w:rPr>
            </w:pPr>
            <w:r>
              <w:t>School-based river model</w:t>
            </w:r>
          </w:p>
        </w:tc>
        <w:tc>
          <w:tcPr>
            <w:tcW w:w="4608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51ED7CF" w14:textId="77777777" w:rsidR="00B439AE" w:rsidRDefault="00825499">
            <w:pPr>
              <w:rPr>
                <w:rFonts w:hint="eastAsia"/>
              </w:rPr>
            </w:pPr>
            <w:r>
              <w:t>Use a tray/model to explore water flow, erosion and deposition,</w:t>
            </w:r>
            <w:r>
              <w:t xml:space="preserve"> keeping the geography explicit through labelled observations.</w:t>
            </w:r>
          </w:p>
        </w:tc>
        <w:tc>
          <w:tcPr>
            <w:tcW w:w="324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B49DA59" w14:textId="77777777" w:rsidR="00B439AE" w:rsidRDefault="00825499">
            <w:pPr>
              <w:rPr>
                <w:rFonts w:hint="eastAsia"/>
              </w:rPr>
            </w:pPr>
            <w:r>
              <w:t>Process, prediction, observation, explanation.</w:t>
            </w:r>
          </w:p>
        </w:tc>
      </w:tr>
    </w:tbl>
    <w:p w14:paraId="59A048F9" w14:textId="77777777" w:rsidR="00B439AE" w:rsidRDefault="00B439AE">
      <w:pPr>
        <w:rPr>
          <w:rFonts w:hint="eastAsia"/>
        </w:rPr>
      </w:pPr>
    </w:p>
    <w:p w14:paraId="751C6806" w14:textId="77777777" w:rsidR="00B439AE" w:rsidRDefault="00825499">
      <w:pPr>
        <w:pStyle w:val="Heading1"/>
      </w:pPr>
      <w:r>
        <w:t>Progression Across Year 3 and Year 4</w:t>
      </w:r>
    </w:p>
    <w:p w14:paraId="5DCF99C6" w14:textId="77777777" w:rsidR="00B439AE" w:rsidRDefault="00825499">
      <w:pPr>
        <w:rPr>
          <w:rFonts w:hint="eastAsia"/>
        </w:rPr>
      </w:pPr>
      <w:r>
        <w:rPr>
          <w:b/>
        </w:rPr>
        <w:t xml:space="preserve">River knowledge: </w:t>
      </w:r>
      <w:r>
        <w:t xml:space="preserve">Year 3: name and order the basic stages/features of a river.  Year 4: explain how </w:t>
      </w:r>
      <w:r>
        <w:t>features differ along the course and how processes help shape them.</w:t>
      </w:r>
    </w:p>
    <w:p w14:paraId="004B3AD8" w14:textId="77777777" w:rsidR="00B439AE" w:rsidRDefault="00825499">
      <w:pPr>
        <w:rPr>
          <w:rFonts w:hint="eastAsia"/>
        </w:rPr>
      </w:pPr>
      <w:r>
        <w:rPr>
          <w:b/>
        </w:rPr>
        <w:t xml:space="preserve">Processes: </w:t>
      </w:r>
      <w:r>
        <w:t>Year 3: connect rivers with the water cycle and recognise that moving water changes land.  Year 4: use erosion, transportation and deposition to explain river change.</w:t>
      </w:r>
    </w:p>
    <w:p w14:paraId="611D11E3" w14:textId="77777777" w:rsidR="00B439AE" w:rsidRDefault="00825499">
      <w:pPr>
        <w:rPr>
          <w:rFonts w:hint="eastAsia"/>
        </w:rPr>
      </w:pPr>
      <w:r>
        <w:rPr>
          <w:b/>
        </w:rPr>
        <w:t>Human use:</w:t>
      </w:r>
      <w:r>
        <w:rPr>
          <w:b/>
        </w:rPr>
        <w:t xml:space="preserve"> </w:t>
      </w:r>
      <w:r>
        <w:t>Year 3: identify several ways rivers are used.  Year 4: explain benefits, pressures and links between river use, settlement and land use.</w:t>
      </w:r>
    </w:p>
    <w:p w14:paraId="33440BC2" w14:textId="77777777" w:rsidR="00B439AE" w:rsidRDefault="00825499">
      <w:pPr>
        <w:rPr>
          <w:rFonts w:hint="eastAsia"/>
        </w:rPr>
      </w:pPr>
      <w:r>
        <w:rPr>
          <w:b/>
        </w:rPr>
        <w:t xml:space="preserve">Mapping: </w:t>
      </w:r>
      <w:r>
        <w:t>Year 3: locate rivers and use compass points/simple grid references.  Year 4: trace routes more independentl</w:t>
      </w:r>
      <w:r>
        <w:t>y, use keys/grid references/scale, and interpret mapped patterns.</w:t>
      </w:r>
    </w:p>
    <w:p w14:paraId="5483CE9E" w14:textId="77777777" w:rsidR="00B439AE" w:rsidRDefault="00825499">
      <w:pPr>
        <w:rPr>
          <w:rFonts w:hint="eastAsia"/>
        </w:rPr>
      </w:pPr>
      <w:r>
        <w:rPr>
          <w:b/>
        </w:rPr>
        <w:t xml:space="preserve">Fieldwork: </w:t>
      </w:r>
      <w:r>
        <w:t>Year 3: observe and record.  Year 4: collect comparable evidence, present it and draw a supported conclusion.</w:t>
      </w:r>
    </w:p>
    <w:p w14:paraId="5F9A65A1" w14:textId="77777777" w:rsidR="00B439AE" w:rsidRDefault="00825499">
      <w:pPr>
        <w:pStyle w:val="Heading1"/>
      </w:pPr>
      <w:r>
        <w:t>Suggested End Points</w:t>
      </w:r>
    </w:p>
    <w:p w14:paraId="4139B059" w14:textId="77777777" w:rsidR="00B439AE" w:rsidRDefault="00825499">
      <w:pPr>
        <w:pStyle w:val="ListBullet"/>
        <w:rPr>
          <w:rFonts w:hint="eastAsia"/>
        </w:rPr>
      </w:pPr>
      <w:r>
        <w:rPr>
          <w:b/>
        </w:rPr>
        <w:t xml:space="preserve">Year 3: </w:t>
      </w:r>
      <w:r>
        <w:t>I can describe the journey of a river, l</w:t>
      </w:r>
      <w:r>
        <w:t>ocate local and major rivers on maps, identify key river features and explain several ways people use rivers.</w:t>
      </w:r>
    </w:p>
    <w:p w14:paraId="5D2F1E85" w14:textId="77777777" w:rsidR="00B439AE" w:rsidRDefault="00825499">
      <w:pPr>
        <w:pStyle w:val="ListBullet"/>
        <w:rPr>
          <w:rFonts w:hint="eastAsia"/>
        </w:rPr>
      </w:pPr>
      <w:r>
        <w:rPr>
          <w:b/>
        </w:rPr>
        <w:t xml:space="preserve">Year 4: </w:t>
      </w:r>
      <w:r>
        <w:t>I can explain how river processes change the landscape, use map and fieldwork evidence to describe a river, and explain how rivers influen</w:t>
      </w:r>
      <w:r>
        <w:t>ce people, settlement and land use.</w:t>
      </w:r>
    </w:p>
    <w:sectPr w:rsidR="00B439AE" w:rsidSect="00034616">
      <w:pgSz w:w="12240" w:h="15840"/>
      <w:pgMar w:top="792" w:right="864" w:bottom="79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825499"/>
    <w:rsid w:val="00AA1D8D"/>
    <w:rsid w:val="00B439AE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D5C31D4"/>
  <w14:defaultImageDpi w14:val="300"/>
  <w15:docId w15:val="{B706AD5A-FAD0-4F4E-A679-B86C88438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472C4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0AD47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4472C4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1205</Words>
  <Characters>6871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8060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Robyn Oakes</dc:creator>
  <cp:keywords/>
  <dc:description>generated by python-docx</dc:description>
  <cp:lastModifiedBy>SENCo</cp:lastModifiedBy>
  <cp:revision>2</cp:revision>
  <dcterms:created xsi:type="dcterms:W3CDTF">2026-10-18T18:47:00Z</dcterms:created>
  <dcterms:modified xsi:type="dcterms:W3CDTF">2026-10-18T18:47:00Z</dcterms:modified>
  <cp:category/>
</cp:coreProperties>
</file>